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07"/>
        <w:gridCol w:w="8742"/>
      </w:tblGrid>
      <w:tr w:rsidR="00B54A3D" w:rsidRPr="00770CA2" w14:paraId="6D209323" w14:textId="77777777" w:rsidTr="009512D6">
        <w:trPr>
          <w:jc w:val="center"/>
        </w:trPr>
        <w:tc>
          <w:tcPr>
            <w:tcW w:w="5907" w:type="dxa"/>
          </w:tcPr>
          <w:p w14:paraId="0EB0ABD6" w14:textId="2D3CCEED" w:rsidR="0029198D" w:rsidRPr="001A3AA3" w:rsidRDefault="0029198D">
            <w:pPr>
              <w:spacing w:after="0" w:line="252" w:lineRule="auto"/>
              <w:jc w:val="center"/>
              <w:rPr>
                <w:rFonts w:cs="Times New Roman"/>
                <w:sz w:val="26"/>
                <w:szCs w:val="26"/>
              </w:rPr>
            </w:pPr>
            <w:r w:rsidRPr="001A3AA3">
              <w:rPr>
                <w:rFonts w:cs="Times New Roman"/>
                <w:sz w:val="26"/>
                <w:szCs w:val="26"/>
              </w:rPr>
              <w:t xml:space="preserve">ỦY BAN NHÂN DÂN </w:t>
            </w:r>
          </w:p>
          <w:p w14:paraId="129F288D" w14:textId="5D54864A" w:rsidR="00B54A3D" w:rsidRPr="001A3AA3" w:rsidRDefault="00CD6A35">
            <w:pPr>
              <w:spacing w:after="0" w:line="252" w:lineRule="auto"/>
              <w:jc w:val="center"/>
              <w:rPr>
                <w:rFonts w:cs="Times New Roman"/>
                <w:sz w:val="26"/>
                <w:szCs w:val="26"/>
              </w:rPr>
            </w:pPr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r w:rsidR="00B0255F" w:rsidRPr="001A3AA3">
              <w:rPr>
                <w:rFonts w:cs="Times New Roman"/>
                <w:sz w:val="26"/>
                <w:szCs w:val="26"/>
              </w:rPr>
              <w:t>THÀNH PHỐ HỒ CHÍ MINH</w:t>
            </w:r>
          </w:p>
          <w:p w14:paraId="7EE36F0D" w14:textId="77777777" w:rsidR="00B54A3D" w:rsidRPr="001A3AA3" w:rsidRDefault="00CD6A35">
            <w:pPr>
              <w:spacing w:after="0" w:line="252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1A3AA3">
              <w:rPr>
                <w:rFonts w:cs="Times New Roman"/>
                <w:b/>
                <w:sz w:val="26"/>
                <w:szCs w:val="26"/>
              </w:rPr>
              <w:t>SỞ VĂN HÓA VÀ THỂ THAO</w:t>
            </w:r>
          </w:p>
          <w:p w14:paraId="76285103" w14:textId="7460B7B2" w:rsidR="00AE7D5A" w:rsidRPr="001A3AA3" w:rsidRDefault="00AC2722">
            <w:pPr>
              <w:spacing w:after="0" w:line="252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1A3AA3">
              <w:rPr>
                <w:rFonts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C7CD95E" wp14:editId="36EA997B">
                      <wp:simplePos x="0" y="0"/>
                      <wp:positionH relativeFrom="column">
                        <wp:posOffset>1232535</wp:posOffset>
                      </wp:positionH>
                      <wp:positionV relativeFrom="paragraph">
                        <wp:posOffset>50800</wp:posOffset>
                      </wp:positionV>
                      <wp:extent cx="1209675" cy="0"/>
                      <wp:effectExtent l="0" t="0" r="2857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09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43F751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05pt,4pt" to="192.3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" strokecolor="black [3040]"/>
                  </w:pict>
                </mc:Fallback>
              </mc:AlternateContent>
            </w:r>
          </w:p>
        </w:tc>
        <w:tc>
          <w:tcPr>
            <w:tcW w:w="8742" w:type="dxa"/>
          </w:tcPr>
          <w:p w14:paraId="03B8D3B5" w14:textId="77777777" w:rsidR="00B54A3D" w:rsidRPr="001A3AA3" w:rsidRDefault="00CD6A35">
            <w:pPr>
              <w:spacing w:after="0" w:line="252" w:lineRule="auto"/>
              <w:jc w:val="center"/>
              <w:rPr>
                <w:rFonts w:cs="Times New Roman"/>
                <w:sz w:val="26"/>
                <w:szCs w:val="26"/>
              </w:rPr>
            </w:pPr>
            <w:r w:rsidRPr="001A3AA3">
              <w:rPr>
                <w:rFonts w:cs="Times New Roman"/>
                <w:b/>
                <w:sz w:val="26"/>
                <w:szCs w:val="26"/>
              </w:rPr>
              <w:t>CỘNG HÒA XÃ HỘI CHỦ NGHĨA VIỆT NAM</w:t>
            </w:r>
          </w:p>
          <w:p w14:paraId="649E84B8" w14:textId="77777777" w:rsidR="00B54A3D" w:rsidRPr="001A3AA3" w:rsidRDefault="00CD6A35">
            <w:pPr>
              <w:spacing w:after="0" w:line="252" w:lineRule="auto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 w:rsidRPr="001A3AA3">
              <w:rPr>
                <w:rFonts w:cs="Times New Roman"/>
                <w:b/>
                <w:sz w:val="26"/>
                <w:szCs w:val="26"/>
              </w:rPr>
              <w:t>Độc</w:t>
            </w:r>
            <w:proofErr w:type="spellEnd"/>
            <w:r w:rsidRPr="001A3AA3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b/>
                <w:sz w:val="26"/>
                <w:szCs w:val="26"/>
              </w:rPr>
              <w:t>lập</w:t>
            </w:r>
            <w:proofErr w:type="spellEnd"/>
            <w:r w:rsidRPr="001A3AA3">
              <w:rPr>
                <w:rFonts w:cs="Times New Roman"/>
                <w:b/>
                <w:sz w:val="26"/>
                <w:szCs w:val="26"/>
              </w:rPr>
              <w:t xml:space="preserve"> - </w:t>
            </w:r>
            <w:proofErr w:type="spellStart"/>
            <w:r w:rsidRPr="001A3AA3">
              <w:rPr>
                <w:rFonts w:cs="Times New Roman"/>
                <w:b/>
                <w:sz w:val="26"/>
                <w:szCs w:val="26"/>
              </w:rPr>
              <w:t>Tự</w:t>
            </w:r>
            <w:proofErr w:type="spellEnd"/>
            <w:r w:rsidRPr="001A3AA3">
              <w:rPr>
                <w:rFonts w:cs="Times New Roman"/>
                <w:b/>
                <w:sz w:val="26"/>
                <w:szCs w:val="26"/>
              </w:rPr>
              <w:t xml:space="preserve"> do - </w:t>
            </w:r>
            <w:proofErr w:type="spellStart"/>
            <w:r w:rsidRPr="001A3AA3">
              <w:rPr>
                <w:rFonts w:cs="Times New Roman"/>
                <w:b/>
                <w:sz w:val="26"/>
                <w:szCs w:val="26"/>
              </w:rPr>
              <w:t>Hạnh</w:t>
            </w:r>
            <w:proofErr w:type="spellEnd"/>
            <w:r w:rsidRPr="001A3AA3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b/>
                <w:sz w:val="26"/>
                <w:szCs w:val="26"/>
              </w:rPr>
              <w:t>phúc</w:t>
            </w:r>
            <w:proofErr w:type="spellEnd"/>
          </w:p>
          <w:p w14:paraId="30566900" w14:textId="77777777" w:rsidR="00B54A3D" w:rsidRPr="001A3AA3" w:rsidRDefault="00AE7D5A">
            <w:pPr>
              <w:spacing w:after="0" w:line="252" w:lineRule="auto"/>
              <w:jc w:val="center"/>
              <w:rPr>
                <w:rFonts w:cs="Times New Roman"/>
                <w:sz w:val="26"/>
                <w:szCs w:val="26"/>
              </w:rPr>
            </w:pPr>
            <w:r w:rsidRPr="001A3AA3">
              <w:rPr>
                <w:rFonts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E78A577" wp14:editId="4203C423">
                      <wp:simplePos x="0" y="0"/>
                      <wp:positionH relativeFrom="column">
                        <wp:posOffset>1681480</wp:posOffset>
                      </wp:positionH>
                      <wp:positionV relativeFrom="paragraph">
                        <wp:posOffset>26670</wp:posOffset>
                      </wp:positionV>
                      <wp:extent cx="20955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955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12588B08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4pt,2.1pt" to="297.4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" strokecolor="black [3213]"/>
                  </w:pict>
                </mc:Fallback>
              </mc:AlternateContent>
            </w:r>
          </w:p>
          <w:p w14:paraId="7E06FCE3" w14:textId="19187628" w:rsidR="00B54A3D" w:rsidRPr="001A3AA3" w:rsidRDefault="00AB7D32">
            <w:pPr>
              <w:spacing w:after="0" w:line="252" w:lineRule="auto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1A3AA3">
              <w:rPr>
                <w:rFonts w:cs="Times New Roman"/>
                <w:i/>
                <w:sz w:val="26"/>
                <w:szCs w:val="26"/>
              </w:rPr>
              <w:t xml:space="preserve">Thành </w:t>
            </w:r>
            <w:proofErr w:type="spellStart"/>
            <w:r w:rsidRPr="001A3AA3">
              <w:rPr>
                <w:rFonts w:cs="Times New Roman"/>
                <w:i/>
                <w:sz w:val="26"/>
                <w:szCs w:val="26"/>
              </w:rPr>
              <w:t>phố</w:t>
            </w:r>
            <w:proofErr w:type="spellEnd"/>
            <w:r w:rsidRPr="001A3AA3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7C7426" w:rsidRPr="001A3AA3">
              <w:rPr>
                <w:rFonts w:cs="Times New Roman"/>
                <w:i/>
                <w:sz w:val="26"/>
                <w:szCs w:val="26"/>
              </w:rPr>
              <w:t>Hồ</w:t>
            </w:r>
            <w:proofErr w:type="spellEnd"/>
            <w:r w:rsidR="007C7426" w:rsidRPr="001A3AA3">
              <w:rPr>
                <w:rFonts w:cs="Times New Roman"/>
                <w:i/>
                <w:sz w:val="26"/>
                <w:szCs w:val="26"/>
              </w:rPr>
              <w:t xml:space="preserve"> Chí Minh</w:t>
            </w:r>
            <w:r w:rsidR="00CD6A35" w:rsidRPr="001A3AA3">
              <w:rPr>
                <w:rFonts w:cs="Times New Roman"/>
                <w:i/>
                <w:sz w:val="26"/>
                <w:szCs w:val="26"/>
              </w:rPr>
              <w:t xml:space="preserve">, </w:t>
            </w:r>
            <w:proofErr w:type="spellStart"/>
            <w:r w:rsidR="00CD6A35" w:rsidRPr="001A3AA3">
              <w:rPr>
                <w:rFonts w:cs="Times New Roman"/>
                <w:i/>
                <w:sz w:val="26"/>
                <w:szCs w:val="26"/>
              </w:rPr>
              <w:t>ngày</w:t>
            </w:r>
            <w:proofErr w:type="spellEnd"/>
            <w:r w:rsidR="00CD6A35" w:rsidRPr="001A3AA3">
              <w:rPr>
                <w:rFonts w:cs="Times New Roman"/>
                <w:i/>
                <w:sz w:val="26"/>
                <w:szCs w:val="26"/>
              </w:rPr>
              <w:t xml:space="preserve">  </w:t>
            </w:r>
            <w:r w:rsidR="00125743" w:rsidRPr="001A3AA3">
              <w:rPr>
                <w:rFonts w:cs="Times New Roman"/>
                <w:i/>
                <w:sz w:val="26"/>
                <w:szCs w:val="26"/>
              </w:rPr>
              <w:t xml:space="preserve">  </w:t>
            </w:r>
            <w:proofErr w:type="spellStart"/>
            <w:r w:rsidR="00CD6A35" w:rsidRPr="001A3AA3">
              <w:rPr>
                <w:rFonts w:cs="Times New Roman"/>
                <w:i/>
                <w:sz w:val="26"/>
                <w:szCs w:val="26"/>
              </w:rPr>
              <w:t>tháng</w:t>
            </w:r>
            <w:proofErr w:type="spellEnd"/>
            <w:r w:rsidR="00CD6A35" w:rsidRPr="001A3AA3">
              <w:rPr>
                <w:rFonts w:cs="Times New Roman"/>
                <w:i/>
                <w:sz w:val="26"/>
                <w:szCs w:val="26"/>
              </w:rPr>
              <w:t xml:space="preserve">    </w:t>
            </w:r>
            <w:proofErr w:type="spellStart"/>
            <w:r w:rsidR="00CD6A35" w:rsidRPr="001A3AA3">
              <w:rPr>
                <w:rFonts w:cs="Times New Roman"/>
                <w:i/>
                <w:sz w:val="26"/>
                <w:szCs w:val="26"/>
              </w:rPr>
              <w:t>năm</w:t>
            </w:r>
            <w:proofErr w:type="spellEnd"/>
            <w:r w:rsidR="00CD6A35" w:rsidRPr="001A3AA3">
              <w:rPr>
                <w:rFonts w:cs="Times New Roman"/>
                <w:i/>
                <w:sz w:val="26"/>
                <w:szCs w:val="26"/>
              </w:rPr>
              <w:t xml:space="preserve"> 2026</w:t>
            </w:r>
          </w:p>
        </w:tc>
      </w:tr>
    </w:tbl>
    <w:p w14:paraId="15B99D87" w14:textId="3D742744" w:rsidR="00B54A3D" w:rsidRPr="00770CA2" w:rsidRDefault="004D7222">
      <w:pPr>
        <w:spacing w:after="0" w:line="252" w:lineRule="auto"/>
        <w:rPr>
          <w:rFonts w:cs="Times New Roman"/>
          <w:sz w:val="26"/>
          <w:szCs w:val="26"/>
        </w:rPr>
      </w:pPr>
      <w:r w:rsidRPr="00886C9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5A650AA3" wp14:editId="2C13426E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1071880" cy="457200"/>
                <wp:effectExtent l="0" t="0" r="13970" b="19050"/>
                <wp:wrapNone/>
                <wp:docPr id="1521223926" name="Rectangle 1521223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880" cy="457200"/>
                        </a:xfrm>
                        <a:prstGeom prst="rect">
                          <a:avLst/>
                        </a:prstGeom>
                        <a:ln>
                          <a:headEnd type="none" w="sm" len="sm"/>
                          <a:tailEnd type="none" w="sm" len="sm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DDDADC" w14:textId="77777777" w:rsidR="004D7222" w:rsidRPr="00CD4EBF" w:rsidRDefault="004D7222" w:rsidP="004D7222">
                            <w:pPr>
                              <w:spacing w:before="120" w:after="120" w:line="240" w:lineRule="auto"/>
                              <w:jc w:val="center"/>
                              <w:textDirection w:val="btLr"/>
                              <w:rPr>
                                <w:sz w:val="28"/>
                              </w:rPr>
                            </w:pPr>
                            <w:r w:rsidRPr="00CD4EBF">
                              <w:rPr>
                                <w:b/>
                                <w:color w:val="000000"/>
                                <w:sz w:val="28"/>
                              </w:rPr>
                              <w:t>DỰ THẢO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650AA3" id="Rectangle 1521223926" o:spid="_x0000_s1026" style="position:absolute;margin-left:0;margin-top:1.05pt;width:84.4pt;height:36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" fillcolor="white [3201]" strokecolor="black [3200]" strokeweight="2pt">
                <v:stroke startarrowwidth="narrow" startarrowlength="short" endarrowwidth="narrow" endarrowlength="short"/>
                <v:textbox inset="2.53958mm,1.2694mm,2.53958mm,1.2694mm">
                  <w:txbxContent>
                    <w:p w14:paraId="38DDDADC" w14:textId="77777777" w:rsidR="004D7222" w:rsidRPr="00CD4EBF" w:rsidRDefault="004D7222" w:rsidP="004D7222">
                      <w:pPr>
                        <w:spacing w:before="120" w:after="120" w:line="240" w:lineRule="auto"/>
                        <w:jc w:val="center"/>
                        <w:textDirection w:val="btLr"/>
                        <w:rPr>
                          <w:sz w:val="28"/>
                        </w:rPr>
                      </w:pPr>
                      <w:r w:rsidRPr="00CD4EBF">
                        <w:rPr>
                          <w:b/>
                          <w:color w:val="000000"/>
                          <w:sz w:val="28"/>
                        </w:rPr>
                        <w:t>DỰ THẢO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6DFF3A6" w14:textId="77777777" w:rsidR="004D7222" w:rsidRDefault="004D7222" w:rsidP="00B20326">
      <w:pPr>
        <w:spacing w:after="0" w:line="252" w:lineRule="auto"/>
        <w:jc w:val="center"/>
        <w:rPr>
          <w:rFonts w:cs="Times New Roman"/>
          <w:b/>
          <w:sz w:val="26"/>
          <w:szCs w:val="26"/>
        </w:rPr>
      </w:pPr>
    </w:p>
    <w:p w14:paraId="0B7477F8" w14:textId="092977A7" w:rsidR="00B20326" w:rsidRPr="00770CA2" w:rsidRDefault="00B20326" w:rsidP="00B20326">
      <w:pPr>
        <w:spacing w:after="0" w:line="252" w:lineRule="auto"/>
        <w:jc w:val="center"/>
        <w:rPr>
          <w:rFonts w:cs="Times New Roman"/>
          <w:sz w:val="26"/>
          <w:szCs w:val="26"/>
        </w:rPr>
      </w:pPr>
      <w:r w:rsidRPr="00770CA2">
        <w:rPr>
          <w:rFonts w:cs="Times New Roman"/>
          <w:b/>
          <w:sz w:val="26"/>
          <w:szCs w:val="26"/>
        </w:rPr>
        <w:t>BẢN SO SÁNH, THUYẾT MINH DỰ THẢO NGHỊ QUYẾT</w:t>
      </w:r>
    </w:p>
    <w:p w14:paraId="0E2B0C82" w14:textId="77777777" w:rsidR="00B20326" w:rsidRPr="00770CA2" w:rsidRDefault="00B20326" w:rsidP="00B20326">
      <w:pPr>
        <w:spacing w:after="0" w:line="252" w:lineRule="auto"/>
        <w:jc w:val="center"/>
        <w:rPr>
          <w:rFonts w:cs="Times New Roman"/>
          <w:b/>
          <w:bCs/>
          <w:sz w:val="26"/>
          <w:szCs w:val="26"/>
        </w:rPr>
      </w:pPr>
      <w:r w:rsidRPr="00770CA2">
        <w:rPr>
          <w:rFonts w:cs="Times New Roman"/>
          <w:b/>
          <w:bCs/>
          <w:sz w:val="26"/>
          <w:szCs w:val="26"/>
          <w:lang w:val="vi"/>
        </w:rPr>
        <w:t xml:space="preserve">NGHỊ QUYẾT QUY ĐỊNH MỨC HỖ TRỢ CHỦ THỂ VĂN HÓA NÒNG CỐT, CHỦ THỂ VĂN HÓA KẾ CẬN, </w:t>
      </w:r>
    </w:p>
    <w:p w14:paraId="248B9F89" w14:textId="77777777" w:rsidR="00B20326" w:rsidRPr="00770CA2" w:rsidRDefault="00B20326" w:rsidP="00B20326">
      <w:pPr>
        <w:spacing w:after="0" w:line="252" w:lineRule="auto"/>
        <w:jc w:val="center"/>
        <w:rPr>
          <w:rFonts w:cs="Times New Roman"/>
          <w:b/>
          <w:bCs/>
          <w:sz w:val="26"/>
          <w:szCs w:val="26"/>
        </w:rPr>
      </w:pPr>
      <w:r w:rsidRPr="00770CA2">
        <w:rPr>
          <w:rFonts w:cs="Times New Roman"/>
          <w:b/>
          <w:bCs/>
          <w:sz w:val="26"/>
          <w:szCs w:val="26"/>
          <w:lang w:val="vi"/>
        </w:rPr>
        <w:t xml:space="preserve">DỰ ÁN PHỤC HỒI, BẢO TỒN VÀ PHÁT HUY VĂN HÓA TRUYỀN THỐNG CÁC DÂN TỘC THIỂU SỐ </w:t>
      </w:r>
    </w:p>
    <w:p w14:paraId="1B74091D" w14:textId="77777777" w:rsidR="00B20326" w:rsidRPr="00770CA2" w:rsidRDefault="00B20326" w:rsidP="00B20326">
      <w:pPr>
        <w:spacing w:after="0" w:line="252" w:lineRule="auto"/>
        <w:jc w:val="center"/>
        <w:rPr>
          <w:rFonts w:cs="Times New Roman"/>
          <w:sz w:val="26"/>
          <w:szCs w:val="26"/>
        </w:rPr>
      </w:pPr>
      <w:r w:rsidRPr="00770CA2">
        <w:rPr>
          <w:rFonts w:cs="Times New Roman"/>
          <w:b/>
          <w:bCs/>
          <w:sz w:val="26"/>
          <w:szCs w:val="26"/>
          <w:lang w:val="vi"/>
        </w:rPr>
        <w:t>DO TỔ, NHÓM CỘNG ĐỒNG THỰC HIỆN TRÊN ĐỊA BÀN THÀNH PHỐ HỒ CHÍ MINH</w:t>
      </w:r>
    </w:p>
    <w:p w14:paraId="082C5DCE" w14:textId="77777777" w:rsidR="00B54A3D" w:rsidRPr="00770CA2" w:rsidRDefault="00B54A3D" w:rsidP="00563B52">
      <w:pPr>
        <w:spacing w:after="0" w:line="252" w:lineRule="auto"/>
        <w:jc w:val="center"/>
        <w:rPr>
          <w:rFonts w:cs="Times New Roman"/>
          <w:sz w:val="24"/>
          <w:szCs w:val="24"/>
        </w:rPr>
      </w:pPr>
    </w:p>
    <w:tbl>
      <w:tblPr>
        <w:tblW w:w="147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4961"/>
        <w:gridCol w:w="6148"/>
      </w:tblGrid>
      <w:tr w:rsidR="00AC2722" w:rsidRPr="00770CA2" w14:paraId="7C334503" w14:textId="77777777" w:rsidTr="00800391">
        <w:trPr>
          <w:tblHeader/>
          <w:jc w:val="center"/>
        </w:trPr>
        <w:tc>
          <w:tcPr>
            <w:tcW w:w="3681" w:type="dxa"/>
            <w:vAlign w:val="center"/>
          </w:tcPr>
          <w:p w14:paraId="29176774" w14:textId="77777777" w:rsidR="00B54A3D" w:rsidRPr="00766566" w:rsidRDefault="00CD6A35" w:rsidP="00563B52">
            <w:pPr>
              <w:spacing w:before="120" w:after="120" w:line="240" w:lineRule="auto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>QUY PHẠM PHÁP LUẬT HIỆN HÀNH</w:t>
            </w:r>
          </w:p>
        </w:tc>
        <w:tc>
          <w:tcPr>
            <w:tcW w:w="4961" w:type="dxa"/>
            <w:vAlign w:val="center"/>
          </w:tcPr>
          <w:p w14:paraId="01E888CA" w14:textId="77777777" w:rsidR="00B54A3D" w:rsidRPr="00766566" w:rsidRDefault="00CD6A35" w:rsidP="00563B52">
            <w:pPr>
              <w:spacing w:before="120" w:after="120" w:line="240" w:lineRule="auto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>DỰ THẢO NGHỊ QUYẾT</w:t>
            </w:r>
          </w:p>
        </w:tc>
        <w:tc>
          <w:tcPr>
            <w:tcW w:w="6148" w:type="dxa"/>
            <w:vAlign w:val="center"/>
          </w:tcPr>
          <w:p w14:paraId="50D450F9" w14:textId="77777777" w:rsidR="00B54A3D" w:rsidRPr="00766566" w:rsidRDefault="00CD6A35" w:rsidP="00563B52">
            <w:pPr>
              <w:spacing w:before="120" w:after="120" w:line="240" w:lineRule="auto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>THUYẾT MINH</w:t>
            </w:r>
          </w:p>
        </w:tc>
      </w:tr>
      <w:tr w:rsidR="00B20326" w:rsidRPr="00770CA2" w14:paraId="5A77F6C2" w14:textId="77777777" w:rsidTr="00041172">
        <w:trPr>
          <w:jc w:val="center"/>
        </w:trPr>
        <w:tc>
          <w:tcPr>
            <w:tcW w:w="3681" w:type="dxa"/>
          </w:tcPr>
          <w:p w14:paraId="55EB6BCA" w14:textId="3BB51D18" w:rsidR="00B20326" w:rsidRPr="00766566" w:rsidRDefault="00B20326" w:rsidP="00B20326">
            <w:pPr>
              <w:spacing w:before="120" w:after="12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766566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Điểm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a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khoản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1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26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Luật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triển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đô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thị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18/2026/QH16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Hội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Thành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phố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có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thẩm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quyền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ban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hành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cơ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chế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chính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trong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đó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có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việc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tồn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bản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sắc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tộc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thiểu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sinh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sống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bàn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Thành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phố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>.</w:t>
            </w:r>
            <w:r w:rsidRPr="00766566">
              <w:rPr>
                <w:rFonts w:cs="Times New Roman"/>
                <w:sz w:val="26"/>
                <w:szCs w:val="26"/>
              </w:rPr>
              <w:br/>
              <w:t xml:space="preserve">-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Khoản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1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13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Nghị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269/2026/NĐ-CP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giao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Hội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tỉnh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với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>: (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)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phục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hồi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tồn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truyền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thống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tộc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thiểu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do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tổ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nhóm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cộng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; (ii)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nòng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cốt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kế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cận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tham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gia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lastRenderedPageBreak/>
              <w:t>hoạt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động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phục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hồi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tồn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truyền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thống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tộc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thiểu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4961" w:type="dxa"/>
          </w:tcPr>
          <w:p w14:paraId="43930D35" w14:textId="1B0C157A" w:rsidR="00B20326" w:rsidRPr="00766566" w:rsidRDefault="00B20326" w:rsidP="00766566">
            <w:pPr>
              <w:spacing w:before="120" w:after="12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sz w:val="26"/>
                <w:szCs w:val="26"/>
              </w:rPr>
              <w:lastRenderedPageBreak/>
              <w:t>Nghị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quyết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nòng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cốt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kế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cận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phục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hồi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tồn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truyền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thống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tộc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thiểu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do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tổ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nhóm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cộng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bàn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Thành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phố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Hồ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Chí Minh.</w:t>
            </w:r>
          </w:p>
        </w:tc>
        <w:tc>
          <w:tcPr>
            <w:tcW w:w="6148" w:type="dxa"/>
          </w:tcPr>
          <w:p w14:paraId="7B6E8883" w14:textId="659742A5" w:rsidR="00B20326" w:rsidRPr="00766566" w:rsidRDefault="00B20326" w:rsidP="00766566">
            <w:pPr>
              <w:spacing w:before="120" w:after="12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sz w:val="26"/>
                <w:szCs w:val="26"/>
              </w:rPr>
              <w:t>Luật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triển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đô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thị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là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cứ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trực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tiếp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xác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lập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thẩm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quyền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chính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Hội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Thành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phố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;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Nghị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269/2026/NĐ-CP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cụ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nội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dung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thuộc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thẩm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quyền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Hội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tỉnh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.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Nội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dung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chính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thảo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tập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trung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;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còn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lại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nhằm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xác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tượng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cứ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chi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tổ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chức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cơ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chế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Chính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phủ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không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làm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thay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đổi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tượng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kiện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trình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tự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thẩm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quyền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cơ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chế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Nghị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>.</w:t>
            </w:r>
          </w:p>
        </w:tc>
      </w:tr>
      <w:tr w:rsidR="00AC2722" w:rsidRPr="00770CA2" w14:paraId="3AD5CDBF" w14:textId="77777777" w:rsidTr="00800391">
        <w:trPr>
          <w:jc w:val="center"/>
        </w:trPr>
        <w:tc>
          <w:tcPr>
            <w:tcW w:w="3681" w:type="dxa"/>
            <w:vAlign w:val="center"/>
          </w:tcPr>
          <w:p w14:paraId="47426357" w14:textId="07223464" w:rsidR="00B54A3D" w:rsidRPr="00766566" w:rsidRDefault="00B20326" w:rsidP="00563B52">
            <w:pPr>
              <w:spacing w:before="120" w:after="120" w:line="24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1 </w:t>
            </w:r>
            <w:proofErr w:type="spellStart"/>
            <w:r w:rsidR="00CD6A35"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="00CD6A35"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1. Phạm vi </w:t>
            </w:r>
            <w:proofErr w:type="spellStart"/>
            <w:r w:rsidR="00CD6A35"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="00CD6A35"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CD6A35"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>chỉnh</w:t>
            </w:r>
            <w:proofErr w:type="spellEnd"/>
          </w:p>
          <w:p w14:paraId="58E9EBE7" w14:textId="4D3DAAF4" w:rsidR="00B54A3D" w:rsidRPr="00766566" w:rsidRDefault="00B54A3D" w:rsidP="00563B52">
            <w:pPr>
              <w:spacing w:before="120" w:after="120" w:line="24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14:paraId="29D28F13" w14:textId="217768C6" w:rsidR="00B54A3D" w:rsidRPr="00766566" w:rsidRDefault="00B20326" w:rsidP="00766566">
            <w:pPr>
              <w:spacing w:before="120" w:after="12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sz w:val="26"/>
                <w:szCs w:val="26"/>
              </w:rPr>
              <w:t>Nghị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quyết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này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nòng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cốt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kế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cận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phục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hồi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tồn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truyền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thống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tộc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thiểu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do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tổ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nhóm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cộng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bàn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Thành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phố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Hồ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Chí Minh.</w:t>
            </w:r>
          </w:p>
        </w:tc>
        <w:tc>
          <w:tcPr>
            <w:tcW w:w="6148" w:type="dxa"/>
            <w:vAlign w:val="center"/>
          </w:tcPr>
          <w:p w14:paraId="0DC788BF" w14:textId="7E9D368F" w:rsidR="00B20326" w:rsidRPr="00766566" w:rsidRDefault="00B20326" w:rsidP="00766566">
            <w:pPr>
              <w:spacing w:before="120" w:after="12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sz w:val="26"/>
                <w:szCs w:val="26"/>
              </w:rPr>
              <w:t>Xác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02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chính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mà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Nghị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269/2026/NĐ-CP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giao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Hội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tỉnh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quyết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: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do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cộng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.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Cách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này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đảm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bám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sát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thẩm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quyền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Luật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triển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đô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thị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giao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không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mở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rộng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sang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chính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khác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Nghị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chỉnh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>.</w:t>
            </w:r>
          </w:p>
        </w:tc>
      </w:tr>
      <w:tr w:rsidR="00AC2722" w:rsidRPr="00770CA2" w14:paraId="6BC3FEC0" w14:textId="77777777" w:rsidTr="00800391">
        <w:trPr>
          <w:jc w:val="center"/>
        </w:trPr>
        <w:tc>
          <w:tcPr>
            <w:tcW w:w="3681" w:type="dxa"/>
            <w:vAlign w:val="center"/>
          </w:tcPr>
          <w:p w14:paraId="3742E15E" w14:textId="5E98C68B" w:rsidR="00B54A3D" w:rsidRPr="00766566" w:rsidRDefault="00B20326" w:rsidP="00563B52">
            <w:pPr>
              <w:spacing w:before="120" w:after="120" w:line="24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2 </w:t>
            </w:r>
            <w:proofErr w:type="spellStart"/>
            <w:r w:rsidR="00CD6A35"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="00CD6A35"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>1</w:t>
            </w:r>
            <w:r w:rsidR="00CD6A35"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. </w:t>
            </w:r>
            <w:proofErr w:type="spellStart"/>
            <w:r w:rsidR="00CD6A35"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>Đối</w:t>
            </w:r>
            <w:proofErr w:type="spellEnd"/>
            <w:r w:rsidR="00CD6A35"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CD6A35"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>tượng</w:t>
            </w:r>
            <w:proofErr w:type="spellEnd"/>
            <w:r w:rsidR="00CD6A35"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CD6A35"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>áp</w:t>
            </w:r>
            <w:proofErr w:type="spellEnd"/>
            <w:r w:rsidR="00CD6A35"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CD6A35"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>dụng</w:t>
            </w:r>
            <w:proofErr w:type="spellEnd"/>
          </w:p>
          <w:p w14:paraId="1BCCA9D8" w14:textId="7E8B64D8" w:rsidR="00B54A3D" w:rsidRPr="00766566" w:rsidRDefault="00B54A3D" w:rsidP="00563B52">
            <w:pPr>
              <w:spacing w:before="120" w:after="120" w:line="24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14:paraId="4F2A5A7D" w14:textId="77777777" w:rsidR="00B54A3D" w:rsidRPr="00766566" w:rsidRDefault="00B20326" w:rsidP="00766566">
            <w:pPr>
              <w:spacing w:before="120" w:after="120" w:line="240" w:lineRule="auto"/>
              <w:jc w:val="both"/>
              <w:rPr>
                <w:rFonts w:cs="Times New Roman"/>
                <w:sz w:val="26"/>
                <w:szCs w:val="26"/>
              </w:rPr>
            </w:pPr>
            <w:r w:rsidRPr="00766566">
              <w:rPr>
                <w:rFonts w:cs="Times New Roman"/>
                <w:sz w:val="26"/>
                <w:szCs w:val="26"/>
              </w:rPr>
              <w:t xml:space="preserve">a)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nòng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cốt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kế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cận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tham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gia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hoạt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động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phục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hồi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tồn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truyền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thống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chương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trình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đề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nhiệm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vụ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có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thẩm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quyền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phê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duyệt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>.</w:t>
            </w:r>
          </w:p>
          <w:p w14:paraId="2F74C91D" w14:textId="4E40434C" w:rsidR="00B20326" w:rsidRPr="00766566" w:rsidRDefault="001A3AA3" w:rsidP="00766566">
            <w:pPr>
              <w:spacing w:before="120" w:after="12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1A3AA3">
              <w:rPr>
                <w:rFonts w:cs="Times New Roman"/>
                <w:sz w:val="26"/>
                <w:szCs w:val="26"/>
              </w:rPr>
              <w:t xml:space="preserve">b)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Dự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án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phục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hồi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tồn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phát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huy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truyền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thống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của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tộc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thiểu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do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tổ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nhóm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cộng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được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tịch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Ủy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ban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nhân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cấp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xã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phê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duyệt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1A3AA3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1A3AA3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6148" w:type="dxa"/>
            <w:vAlign w:val="center"/>
          </w:tcPr>
          <w:p w14:paraId="2E541C07" w14:textId="5F7CE85D" w:rsidR="00B54A3D" w:rsidRPr="00766566" w:rsidRDefault="00425814" w:rsidP="00766566">
            <w:pPr>
              <w:spacing w:before="120" w:after="12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Quy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tượng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dụng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nhằm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cụ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thẩm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quyền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điểm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a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26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Luật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triển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đô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thị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năm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2026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tồn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sắc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tộc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thiểu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sinh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sống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trên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bàn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Thành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phố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;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thời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đảm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thống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nhất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11,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2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12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13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Nghị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269/2026/NĐ-CP. Theo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đó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thảo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đúng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nhóm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nòng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cốt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kế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cận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tham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gia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hoạt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động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có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thẩm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quyền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phê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duyệt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do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tổ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nhóm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cộng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tịch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Ủy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ban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phê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duyệt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;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đảm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đúng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tượng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đúng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thẩm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quyền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không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mở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rộng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hoặc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hẹp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phạm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vi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do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pháp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luật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425814" w:rsidRPr="00770CA2" w14:paraId="0B257F01" w14:textId="77777777" w:rsidTr="00353E27">
        <w:trPr>
          <w:jc w:val="center"/>
        </w:trPr>
        <w:tc>
          <w:tcPr>
            <w:tcW w:w="3681" w:type="dxa"/>
            <w:vAlign w:val="center"/>
          </w:tcPr>
          <w:p w14:paraId="5910ED28" w14:textId="7B22B63B" w:rsidR="00425814" w:rsidRPr="00766566" w:rsidRDefault="00425814" w:rsidP="00425814">
            <w:pPr>
              <w:spacing w:before="120" w:after="120" w:line="24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1 </w:t>
            </w:r>
            <w:proofErr w:type="spellStart"/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2.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nòng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cốt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kế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cận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tham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gia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hoạt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động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phục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hồi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lastRenderedPageBreak/>
              <w:t>tồn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truyền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thống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theo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chương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trình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đề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nhiệm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vụ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có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thẩm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quyền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phê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duyệt</w:t>
            </w:r>
            <w:proofErr w:type="spellEnd"/>
          </w:p>
          <w:p w14:paraId="7966F676" w14:textId="52A0D154" w:rsidR="00425814" w:rsidRPr="00766566" w:rsidRDefault="00425814" w:rsidP="00425814">
            <w:pPr>
              <w:spacing w:before="120" w:after="120" w:line="24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61" w:type="dxa"/>
          </w:tcPr>
          <w:p w14:paraId="6370542D" w14:textId="7DB5E513" w:rsidR="00425814" w:rsidRPr="00766566" w:rsidRDefault="00425814" w:rsidP="00766566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sz w:val="26"/>
                <w:szCs w:val="26"/>
              </w:rPr>
              <w:lastRenderedPageBreak/>
              <w:t>Mức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br/>
              <w:t xml:space="preserve">a)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hằng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tháng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nòng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cốt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là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4.000.000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người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tháng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>.</w:t>
            </w:r>
            <w:r w:rsidRPr="00766566">
              <w:rPr>
                <w:rFonts w:cs="Times New Roman"/>
                <w:sz w:val="26"/>
                <w:szCs w:val="26"/>
              </w:rPr>
              <w:br/>
              <w:t xml:space="preserve">b)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hằng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tháng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kế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cận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là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3.000.000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người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tháng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6148" w:type="dxa"/>
          </w:tcPr>
          <w:p w14:paraId="14BB08C0" w14:textId="395F90EE" w:rsidR="00425814" w:rsidRPr="00766566" w:rsidRDefault="00E63BE2" w:rsidP="00766566">
            <w:pPr>
              <w:spacing w:before="120" w:after="120" w:line="240" w:lineRule="auto"/>
              <w:jc w:val="both"/>
              <w:rPr>
                <w:rFonts w:cs="Times New Roman"/>
                <w:sz w:val="26"/>
                <w:szCs w:val="26"/>
              </w:rPr>
            </w:pPr>
            <w:r w:rsidRPr="00766566">
              <w:rPr>
                <w:rFonts w:cs="Times New Roman"/>
                <w:sz w:val="26"/>
                <w:szCs w:val="26"/>
              </w:rPr>
              <w:t xml:space="preserve">- </w:t>
            </w:r>
            <w:r w:rsidR="00425814" w:rsidRPr="00766566">
              <w:rPr>
                <w:rFonts w:cs="Times New Roman"/>
                <w:sz w:val="26"/>
                <w:szCs w:val="26"/>
              </w:rPr>
              <w:t xml:space="preserve">Quy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này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cụ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chính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sách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tồn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phát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huy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bản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sắc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tộc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thiểu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điểm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a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khoản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1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Điều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26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Luật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Phát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triển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đô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thị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năm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2026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thẩm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quyền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của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Hội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nhân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cấp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tỉnh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tại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khoản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1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Điều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13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Nghị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lastRenderedPageBreak/>
              <w:t>định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269/2026/NĐ-CP.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Khoản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2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Điều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12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Nghị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269/2026/NĐ-CP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đã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xác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lập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cơ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chế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hằng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tháng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đối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với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nòng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cốt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kế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cận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tham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gia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hoạt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động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phục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hồi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tồn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phát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huy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truyền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thống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chương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trình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đề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án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dự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án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nhiệm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vụ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được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cấp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có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thẩm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quyền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phê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duyệt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; do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đó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việc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Hội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nhân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Thành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phố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mức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cụ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là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cần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thiết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để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chính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sách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có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cơ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sở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triển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khai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thống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nhất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địa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bàn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Thành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phố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>.</w:t>
            </w:r>
          </w:p>
          <w:p w14:paraId="664B6E30" w14:textId="403B4917" w:rsidR="00425814" w:rsidRPr="00766566" w:rsidRDefault="00E63BE2" w:rsidP="00766566">
            <w:pPr>
              <w:spacing w:before="120" w:after="120" w:line="240" w:lineRule="auto"/>
              <w:jc w:val="both"/>
              <w:rPr>
                <w:rFonts w:cs="Times New Roman"/>
                <w:sz w:val="26"/>
                <w:szCs w:val="26"/>
              </w:rPr>
            </w:pPr>
            <w:r w:rsidRPr="00766566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Về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mức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dự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thảo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sử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dụng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mức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buổi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tại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khoản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1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Điều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12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Nghị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269/2026/NĐ-CP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làm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cơ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sở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tham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chiếu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với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tần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suất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tương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đương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10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buổi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tháng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. Theo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đó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mức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400.000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người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buổi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đối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với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nòng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cốt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tương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ứng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4.000.000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người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tháng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;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mức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300.000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người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buổi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đối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với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kế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cận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tương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ứng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3.000.000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người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tháng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.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Cách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xác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này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vừa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kế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thừa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tương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quan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mức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giữa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hai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nhóm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Nghị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vừa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phản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ánh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yêu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cầu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tham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gia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thường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xuyên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vào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hoạt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động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hành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truyền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dạy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trao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truyền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nhưng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không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mang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tính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toàn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thời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gian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>.</w:t>
            </w:r>
          </w:p>
          <w:p w14:paraId="675A380F" w14:textId="4A8835BA" w:rsidR="00425814" w:rsidRPr="00766566" w:rsidRDefault="00E63BE2" w:rsidP="00766566">
            <w:pPr>
              <w:spacing w:before="120" w:after="120" w:line="240" w:lineRule="auto"/>
              <w:jc w:val="both"/>
              <w:rPr>
                <w:rFonts w:cs="Times New Roman"/>
                <w:sz w:val="26"/>
                <w:szCs w:val="26"/>
              </w:rPr>
            </w:pPr>
            <w:r w:rsidRPr="00766566">
              <w:rPr>
                <w:rFonts w:cs="Times New Roman"/>
                <w:sz w:val="26"/>
                <w:szCs w:val="26"/>
              </w:rPr>
              <w:t xml:space="preserve">-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Tần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suất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10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buổi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tháng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chỉ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là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cơ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sở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kỹ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thuật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để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lượng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mức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hằng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tháng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không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phải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điều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kiện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về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buổi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phải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không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phải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căn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cứ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thanh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toán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số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buổi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tế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. Qua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đó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chính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sách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vừa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đảm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thiết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cho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người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trực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tiếp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nắm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giữ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thực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hành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trao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truyền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giá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trị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vừa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không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làm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thay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đổi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cơ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chế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điều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kiện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đã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được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Chính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phủ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="00425814"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="00425814" w:rsidRPr="00766566">
              <w:rPr>
                <w:rFonts w:cs="Times New Roman"/>
                <w:sz w:val="26"/>
                <w:szCs w:val="26"/>
              </w:rPr>
              <w:t>địn</w:t>
            </w:r>
            <w:r w:rsidRPr="00766566">
              <w:rPr>
                <w:rFonts w:cs="Times New Roman"/>
                <w:sz w:val="26"/>
                <w:szCs w:val="26"/>
              </w:rPr>
              <w:t>h</w:t>
            </w:r>
            <w:proofErr w:type="spellEnd"/>
          </w:p>
        </w:tc>
      </w:tr>
      <w:tr w:rsidR="00AC2722" w:rsidRPr="00770CA2" w14:paraId="7C9F63B3" w14:textId="77777777" w:rsidTr="00800391">
        <w:trPr>
          <w:jc w:val="center"/>
        </w:trPr>
        <w:tc>
          <w:tcPr>
            <w:tcW w:w="3681" w:type="dxa"/>
            <w:vAlign w:val="center"/>
          </w:tcPr>
          <w:p w14:paraId="2A7C2B86" w14:textId="761813F1" w:rsidR="00E63BE2" w:rsidRPr="00766566" w:rsidRDefault="00E63BE2" w:rsidP="00E63BE2">
            <w:pPr>
              <w:spacing w:before="120" w:after="120" w:line="24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lastRenderedPageBreak/>
              <w:t>Khoản</w:t>
            </w:r>
            <w:proofErr w:type="spellEnd"/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2 </w:t>
            </w:r>
            <w:proofErr w:type="spellStart"/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2.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nòng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cốt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kế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cận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tham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gia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hoạt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động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phục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hồi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tồn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truyền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thống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theo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chương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trình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đề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nhiệm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vụ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có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thẩm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quyền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phê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duyệt</w:t>
            </w:r>
            <w:proofErr w:type="spellEnd"/>
          </w:p>
          <w:p w14:paraId="0769D3F8" w14:textId="5B8D3115" w:rsidR="00B54A3D" w:rsidRPr="00766566" w:rsidRDefault="00B54A3D" w:rsidP="00563B52">
            <w:pPr>
              <w:spacing w:before="120" w:after="120" w:line="24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14:paraId="399E0265" w14:textId="40A0746F" w:rsidR="009512D6" w:rsidRPr="00766566" w:rsidRDefault="00E63BE2" w:rsidP="00766566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tịch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Ủy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ban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xã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cứ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danh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nòng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cốt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kế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cận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tịch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Ủy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ban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Thành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phố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phê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duyệt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việc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tham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gia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hoạt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động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phục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hồi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tồn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truyền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thống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chương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trình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đề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nhiệm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vụ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có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thẩm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quyền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phê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duyệt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để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rà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soát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lập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danh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đủ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kiện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hưởng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hằng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tháng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tổ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chức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theo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;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chịu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trách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nhiệm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về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tính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chính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xác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danh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đảm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đúng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tượng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đúng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kiện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không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trùng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lặp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chính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2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spacing w:val="-2"/>
                <w:sz w:val="26"/>
                <w:szCs w:val="26"/>
              </w:rPr>
              <w:t>.</w:t>
            </w:r>
          </w:p>
        </w:tc>
        <w:tc>
          <w:tcPr>
            <w:tcW w:w="6148" w:type="dxa"/>
            <w:vAlign w:val="center"/>
          </w:tcPr>
          <w:p w14:paraId="53A894FC" w14:textId="34061F14" w:rsidR="00E63BE2" w:rsidRPr="00766566" w:rsidRDefault="002523DE" w:rsidP="00766566">
            <w:pPr>
              <w:spacing w:before="120" w:after="12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- </w:t>
            </w:r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Quy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này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xây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dựng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trên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cơ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4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6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7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Nghị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269/2026/NĐ-CP,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theo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đó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danh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sách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chủ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thể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văn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nòng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cốt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chủ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thể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văn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kế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cận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đã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rà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soát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thẩm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Chủ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tịch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Ủy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ban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nhân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tỉnh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phê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duyệt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;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thời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Ủy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ban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nhân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xã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có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trách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nhiệm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quản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lý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giao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nhiệm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vụ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tạo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kiện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để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chủ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thể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tham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gia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hoạt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động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bảo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tồn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phát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huy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văn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truyền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thống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địa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phương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.</w:t>
            </w:r>
          </w:p>
          <w:p w14:paraId="7DCEABBD" w14:textId="30A59741" w:rsidR="00B54A3D" w:rsidRPr="00766566" w:rsidRDefault="002523DE" w:rsidP="00766566">
            <w:pPr>
              <w:spacing w:before="120" w:after="12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Trên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cơ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đó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thảo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Chủ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tịch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Ủy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ban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nhân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xã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căn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cứ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danh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sách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đã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phê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duyệt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việc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thực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tế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tham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gia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hoạt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động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thuộc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chương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trình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đề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nhiệm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vụ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có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thẩm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quyền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phê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duyệt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để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xác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chủ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thể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đủ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kiện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hưởng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hằng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. Quy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này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nhằm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bảo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đảm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việc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gắn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đối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tượng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đã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công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hoạt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động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thực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tế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phát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sinh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địa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bàn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;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thời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tăng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trách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nhiệm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xã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kiểm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soát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đúng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đối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tượng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đúng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kiện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không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trùng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lặp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sách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.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Đây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không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phải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là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thủ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tục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xét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công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lại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chủ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thể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không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làm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phát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sinh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thủ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tục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hành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mới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mà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là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khâu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rà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soát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phục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vụ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tổ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chức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thực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hiện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sách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trên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cơ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cơ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chế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quản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lý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đã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Nghị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269/2026/NĐ-CP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="00E63BE2" w:rsidRPr="00766566">
              <w:rPr>
                <w:rFonts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AC2722" w:rsidRPr="00770CA2" w14:paraId="06D19695" w14:textId="77777777" w:rsidTr="00800391">
        <w:trPr>
          <w:jc w:val="center"/>
        </w:trPr>
        <w:tc>
          <w:tcPr>
            <w:tcW w:w="3681" w:type="dxa"/>
            <w:vAlign w:val="center"/>
          </w:tcPr>
          <w:p w14:paraId="52D2FD24" w14:textId="32CE71A9" w:rsidR="002E2332" w:rsidRPr="00766566" w:rsidRDefault="00E63BE2" w:rsidP="00AC2722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Khoản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r w:rsidR="00D37653">
              <w:rPr>
                <w:rFonts w:cs="Times New Roman"/>
                <w:b/>
                <w:sz w:val="26"/>
                <w:szCs w:val="26"/>
              </w:rPr>
              <w:t>1</w:t>
            </w:r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3.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phục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hồi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tồn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truyền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thống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tộc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thiểu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do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tổ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nhóm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cộng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tịch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Ủy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ban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lastRenderedPageBreak/>
              <w:t>dân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xã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phê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duyệt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theo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961" w:type="dxa"/>
            <w:vAlign w:val="center"/>
          </w:tcPr>
          <w:p w14:paraId="03462B38" w14:textId="01AC2924" w:rsidR="002E2332" w:rsidRPr="00766566" w:rsidRDefault="00E63BE2" w:rsidP="00766566">
            <w:pPr>
              <w:spacing w:before="120" w:after="120" w:line="264" w:lineRule="auto"/>
              <w:jc w:val="both"/>
              <w:rPr>
                <w:rFonts w:cs="Times New Roman"/>
                <w:bCs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lastRenderedPageBreak/>
              <w:t>Mức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tối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đa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một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lần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với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01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phục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hồi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tồn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truyền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thống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tộc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thiểu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do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tổ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nhóm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cộng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lastRenderedPageBreak/>
              <w:t>đồng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trên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địa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bàn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Thành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phố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Hồ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Chí Minh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là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1.500.000.000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>/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6148" w:type="dxa"/>
            <w:vAlign w:val="center"/>
          </w:tcPr>
          <w:p w14:paraId="2F1F745D" w14:textId="437D7EFC" w:rsidR="00421D9E" w:rsidRPr="00766566" w:rsidRDefault="00421D9E" w:rsidP="00766566">
            <w:pPr>
              <w:spacing w:before="80" w:after="8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lastRenderedPageBreak/>
              <w:t xml:space="preserve">- Quy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này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xây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trên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cơ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điểm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a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13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4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11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Nghị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269/2026/NĐ-CP,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theo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đó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Hội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tỉnh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có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thẩm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quyền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phục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hồi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tồn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truyền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thống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tộc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thiểu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do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tổ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lastRenderedPageBreak/>
              <w:t>nhóm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cộng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;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cụ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từng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căn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cứ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nội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dung,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mô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năng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nguồn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do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Hội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tỉnh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.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thời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3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11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Nghị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269/2026/NĐ-CP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phép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bao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gồm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nhóm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nội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dung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từ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tập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huấn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nâng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cao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năng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;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hành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trao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truyền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vai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trò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;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đến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thành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sản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phẩm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gắn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sinh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kế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du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lịch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cộng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quảng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bá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xúc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tiến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thương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mại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.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Vì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vậy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cần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đủ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năng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đáp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ứng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có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nội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dung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tổng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hợp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mô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nhau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.</w:t>
            </w:r>
          </w:p>
          <w:p w14:paraId="6A961C10" w14:textId="51FCE7F3" w:rsidR="00421D9E" w:rsidRPr="00766566" w:rsidRDefault="00421D9E" w:rsidP="00766566">
            <w:pPr>
              <w:spacing w:before="80" w:after="8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- Qua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khảo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sát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có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15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đề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xuất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tổng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cầu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phí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khoảng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28,5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tỷ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;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đó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cầu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nước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khoảng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15,6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tỷ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nguồn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hội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nguồn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hợp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pháp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khoảng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12,9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tỷ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;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bình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cầu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nước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khoảng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1,04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tỷ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.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này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thấy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việc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không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hoàn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toàn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nước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có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tham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gia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đáng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kể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nguồn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hội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phù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hợp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quan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điểm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nước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giữ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vai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trò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tạo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kiện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dẫn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dắt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.</w:t>
            </w:r>
          </w:p>
          <w:p w14:paraId="64BFDFE9" w14:textId="6E5B302A" w:rsidR="00421D9E" w:rsidRPr="00766566" w:rsidRDefault="00421D9E" w:rsidP="00766566">
            <w:pPr>
              <w:spacing w:before="80" w:after="8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Bên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cạnh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đó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toán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mẫu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mô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lớn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có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tương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đầy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đủ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nhóm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hoạt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động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theo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3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11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Nghị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269/2026/NĐ-CP,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có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tổng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cầu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kiến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khoảng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1,606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tỷ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. </w:t>
            </w:r>
          </w:p>
          <w:p w14:paraId="4EAE352D" w14:textId="77777777" w:rsidR="00421D9E" w:rsidRPr="00766566" w:rsidRDefault="00421D9E" w:rsidP="00766566">
            <w:pPr>
              <w:spacing w:before="80" w:after="8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- Qua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tham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khảo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một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phương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Tây Ninh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350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triệu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chương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trình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;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Lào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Cai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70%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phí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không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quá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500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triệu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mô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; Lai Châu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70%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tổng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toán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không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quá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tỷ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mô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điểm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du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lastRenderedPageBreak/>
              <w:t>lịch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. Các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này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yếu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dụng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từng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hoạt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động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hoặc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mô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cụ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theo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11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Nghị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269/2026/NĐ-CP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có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tích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hợp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nhóm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nội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dung.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Vì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vậy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đây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cơ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tham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khảo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để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Thành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phố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phù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hợp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tính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chất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mô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.</w:t>
            </w:r>
          </w:p>
          <w:p w14:paraId="35F4AE5B" w14:textId="67597698" w:rsidR="002E2332" w:rsidRPr="00766566" w:rsidRDefault="00421D9E" w:rsidP="00766566">
            <w:pPr>
              <w:spacing w:before="80" w:after="8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Trên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cơ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pháp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luật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khảo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sát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toán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mẫu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mặt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bằng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tham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khảo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việc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1,5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tỷ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phù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hợp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vừa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tạo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dư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triển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khai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có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mô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lớn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nội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dung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tổng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hợp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vừa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lập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giới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trách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nhiệm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chi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từ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nước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.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Đây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trần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một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lần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không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phải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cố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mọi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;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cụ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theo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nội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dung,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mô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toán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năng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động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nguồn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hội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nguồn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hợp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pháp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năng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đảm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tránh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bình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nâng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cao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hiệu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sử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dụng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nước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421D9E" w:rsidRPr="00770CA2" w14:paraId="346D225F" w14:textId="77777777" w:rsidTr="00800391">
        <w:trPr>
          <w:jc w:val="center"/>
        </w:trPr>
        <w:tc>
          <w:tcPr>
            <w:tcW w:w="3681" w:type="dxa"/>
            <w:vAlign w:val="center"/>
          </w:tcPr>
          <w:p w14:paraId="6ED906BA" w14:textId="482D710B" w:rsidR="00421D9E" w:rsidRPr="00766566" w:rsidRDefault="00421D9E" w:rsidP="00421D9E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lastRenderedPageBreak/>
              <w:t>Khoản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2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3.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phục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hồi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tồn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truyền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thống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tộc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thiểu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do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tổ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nhóm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cộng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tịch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Ủy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ban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xã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phê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duyệt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theo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961" w:type="dxa"/>
            <w:vAlign w:val="center"/>
          </w:tcPr>
          <w:p w14:paraId="16E40768" w14:textId="59CC6303" w:rsidR="00421D9E" w:rsidRPr="00766566" w:rsidRDefault="00421D9E" w:rsidP="00766566">
            <w:pPr>
              <w:spacing w:before="120" w:after="120" w:line="264" w:lineRule="auto"/>
              <w:jc w:val="both"/>
              <w:rPr>
                <w:rFonts w:cs="Times New Roman"/>
                <w:bCs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Ủy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ban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Thành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phố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cụ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kiện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về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cơ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sở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vật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chất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lực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kiện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cần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thiết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khác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để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triển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khai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6148" w:type="dxa"/>
            <w:vAlign w:val="center"/>
          </w:tcPr>
          <w:p w14:paraId="5724FFF6" w14:textId="77777777" w:rsidR="002669B5" w:rsidRPr="00766566" w:rsidRDefault="002669B5" w:rsidP="00766566">
            <w:pPr>
              <w:spacing w:before="80" w:after="8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Quy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này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xây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trên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cơ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điểm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c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2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11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Nghị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269/2026/NĐ-CP,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theo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đó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phủ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giao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Ủy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ban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tỉnh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căn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cứ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kiện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tiễn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phương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cụ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kiện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cơ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vật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chất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kiện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cần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thiết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để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triển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khai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.</w:t>
            </w:r>
          </w:p>
          <w:p w14:paraId="44FCE1BE" w14:textId="14FAAC53" w:rsidR="00421D9E" w:rsidRPr="00766566" w:rsidRDefault="002669B5" w:rsidP="00766566">
            <w:pPr>
              <w:spacing w:before="80" w:after="8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Việc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thảo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nhằm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rõ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trách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nhiệm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Ủy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ban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Thành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phố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tổ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chức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Nghị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đảm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kiện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triển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khai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cụ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phù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hợp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đặc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điểm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bàn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loại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mô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yêu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cầu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tế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từng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.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Nội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dung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lastRenderedPageBreak/>
              <w:t>này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không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sinh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thẩm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quyền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mới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không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bổ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sung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mới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đúng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nhiệm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vụ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phủ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giao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Ủy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ban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tỉnh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421D9E" w:rsidRPr="00770CA2" w14:paraId="024C06A1" w14:textId="77777777" w:rsidTr="00800391">
        <w:trPr>
          <w:jc w:val="center"/>
        </w:trPr>
        <w:tc>
          <w:tcPr>
            <w:tcW w:w="3681" w:type="dxa"/>
            <w:vAlign w:val="center"/>
          </w:tcPr>
          <w:p w14:paraId="40B4CC9F" w14:textId="3C4EA230" w:rsidR="00421D9E" w:rsidRPr="00766566" w:rsidRDefault="00421D9E" w:rsidP="00421D9E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lastRenderedPageBreak/>
              <w:t>Khoản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r w:rsidR="00D37653">
              <w:rPr>
                <w:rFonts w:cs="Times New Roman"/>
                <w:b/>
                <w:sz w:val="26"/>
                <w:szCs w:val="26"/>
              </w:rPr>
              <w:t>3</w:t>
            </w:r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3.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phục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hồi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tồn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phát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văn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hóa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truyền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thống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các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tộc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thiểu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do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tổ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nhóm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cộng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tịch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Ủy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ban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xã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phê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duyệt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theo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sz w:val="26"/>
                <w:szCs w:val="26"/>
              </w:rPr>
              <w:t>định</w:t>
            </w:r>
            <w:proofErr w:type="spellEnd"/>
          </w:p>
        </w:tc>
        <w:tc>
          <w:tcPr>
            <w:tcW w:w="4961" w:type="dxa"/>
            <w:vAlign w:val="center"/>
          </w:tcPr>
          <w:p w14:paraId="731AC5B4" w14:textId="5938B487" w:rsidR="00421D9E" w:rsidRPr="00766566" w:rsidRDefault="00421D9E" w:rsidP="00766566">
            <w:pPr>
              <w:spacing w:before="120" w:after="120" w:line="264" w:lineRule="auto"/>
              <w:jc w:val="both"/>
              <w:rPr>
                <w:rFonts w:cs="Times New Roman"/>
                <w:bCs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tịch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Ủy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ban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xã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quyết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cụ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với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từng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cơ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sở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nội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dung,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mô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khả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năng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nguồn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lực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tối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do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Hội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Thành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phố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theo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pháp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luật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6148" w:type="dxa"/>
            <w:vAlign w:val="center"/>
          </w:tcPr>
          <w:p w14:paraId="6F702595" w14:textId="77777777" w:rsidR="00770CA2" w:rsidRPr="00766566" w:rsidRDefault="00770CA2" w:rsidP="00766566">
            <w:pPr>
              <w:spacing w:before="80" w:after="8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Quy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này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xây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trên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cơ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4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11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Nghị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269/2026/NĐ-CP,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theo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đó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tịch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Ủy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ban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quyết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cụ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từng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trên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cơ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nội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dung,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mô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năng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nguồn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do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Hội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tỉnh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.</w:t>
            </w:r>
          </w:p>
          <w:p w14:paraId="651F7157" w14:textId="06F4F819" w:rsidR="00421D9E" w:rsidRPr="00766566" w:rsidRDefault="00770CA2" w:rsidP="00766566">
            <w:pPr>
              <w:spacing w:before="80" w:after="8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thảo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giữ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nguyên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cơ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chế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thẩm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quyền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Nghị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: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Hội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Thành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phố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làm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giới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chung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;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Chủ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tịch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Ủy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ban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xã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căn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cứ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kiện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cụ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thể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từng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để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quyết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tế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.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Cách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này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đảm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hỗ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phù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hợp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cầu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mô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khả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năng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huy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động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nguồn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từng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tránh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áp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dụng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loạt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mức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tối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;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thời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gắn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thẩm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quyền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quyết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trách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nhiệm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phê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duyệt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quản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lý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tổ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chức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bàn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421D9E" w:rsidRPr="00770CA2" w14:paraId="21224E3F" w14:textId="77777777" w:rsidTr="00800391">
        <w:trPr>
          <w:jc w:val="center"/>
        </w:trPr>
        <w:tc>
          <w:tcPr>
            <w:tcW w:w="3681" w:type="dxa"/>
            <w:vAlign w:val="center"/>
          </w:tcPr>
          <w:p w14:paraId="6F487347" w14:textId="0B267A2D" w:rsidR="00421D9E" w:rsidRPr="00766566" w:rsidRDefault="00421D9E" w:rsidP="00421D9E">
            <w:pPr>
              <w:spacing w:before="120" w:after="120" w:line="264" w:lineRule="auto"/>
              <w:ind w:right="202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4.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Nguồn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kinh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phí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sz w:val="26"/>
                <w:szCs w:val="26"/>
              </w:rPr>
              <w:t>hiện</w:t>
            </w:r>
            <w:proofErr w:type="spellEnd"/>
          </w:p>
          <w:p w14:paraId="5E188415" w14:textId="77777777" w:rsidR="00421D9E" w:rsidRPr="00766566" w:rsidRDefault="00421D9E" w:rsidP="00421D9E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14:paraId="6D8FF377" w14:textId="0288539E" w:rsidR="00421D9E" w:rsidRPr="00766566" w:rsidRDefault="00421D9E" w:rsidP="00766566">
            <w:pPr>
              <w:spacing w:before="120" w:after="120" w:line="264" w:lineRule="auto"/>
              <w:ind w:leftChars="8" w:left="18" w:right="27"/>
              <w:jc w:val="both"/>
              <w:rPr>
                <w:rFonts w:cs="Times New Roman"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Nguồn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kinh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phí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thực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hiện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từ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ngân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sách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nhà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nước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theo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phân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cấp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ngân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sách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hiện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hành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s-ES"/>
              </w:rPr>
              <w:t>.</w:t>
            </w:r>
          </w:p>
        </w:tc>
        <w:tc>
          <w:tcPr>
            <w:tcW w:w="6148" w:type="dxa"/>
            <w:vAlign w:val="center"/>
          </w:tcPr>
          <w:p w14:paraId="467C1444" w14:textId="4DFD93AF" w:rsidR="00421D9E" w:rsidRPr="00766566" w:rsidRDefault="002669B5" w:rsidP="00766566">
            <w:pPr>
              <w:spacing w:before="80" w:after="8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766566">
              <w:rPr>
                <w:rFonts w:cs="Times New Roman"/>
                <w:sz w:val="26"/>
                <w:szCs w:val="26"/>
              </w:rPr>
              <w:t xml:space="preserve">Quy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bảo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đảm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thống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nhất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với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pháp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luật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ngân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sách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và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cơ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chế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phân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cấp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z w:val="26"/>
                <w:szCs w:val="26"/>
              </w:rPr>
              <w:t>hành</w:t>
            </w:r>
            <w:proofErr w:type="spellEnd"/>
          </w:p>
        </w:tc>
      </w:tr>
      <w:tr w:rsidR="00421D9E" w:rsidRPr="00770CA2" w14:paraId="0724E29A" w14:textId="77777777" w:rsidTr="00800391">
        <w:trPr>
          <w:jc w:val="center"/>
        </w:trPr>
        <w:tc>
          <w:tcPr>
            <w:tcW w:w="3681" w:type="dxa"/>
            <w:vAlign w:val="center"/>
          </w:tcPr>
          <w:p w14:paraId="512B1810" w14:textId="3B0364A0" w:rsidR="00421D9E" w:rsidRPr="00766566" w:rsidRDefault="00421D9E" w:rsidP="00421D9E">
            <w:pPr>
              <w:spacing w:before="80" w:after="80"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  <w:lang w:val="vi-VN"/>
              </w:rPr>
              <w:t>5</w:t>
            </w:r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 xml:space="preserve">. </w:t>
            </w:r>
            <w:proofErr w:type="spellStart"/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Tổ</w:t>
            </w:r>
            <w:proofErr w:type="spellEnd"/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chức</w:t>
            </w:r>
            <w:proofErr w:type="spellEnd"/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hiện</w:t>
            </w:r>
            <w:proofErr w:type="spellEnd"/>
          </w:p>
          <w:p w14:paraId="28A1EF16" w14:textId="76A27338" w:rsidR="00421D9E" w:rsidRPr="00766566" w:rsidRDefault="00421D9E" w:rsidP="00421D9E">
            <w:pPr>
              <w:spacing w:before="120" w:after="120" w:line="24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14:paraId="21E629CF" w14:textId="77777777" w:rsidR="00770CA2" w:rsidRPr="00766566" w:rsidRDefault="00770CA2" w:rsidP="00766566">
            <w:pPr>
              <w:shd w:val="clear" w:color="auto" w:fill="FFFFFF"/>
              <w:spacing w:before="120" w:after="120" w:line="264" w:lineRule="auto"/>
              <w:jc w:val="both"/>
              <w:outlineLvl w:val="3"/>
              <w:rPr>
                <w:rFonts w:cs="Times New Roman"/>
                <w:spacing w:val="-8"/>
                <w:sz w:val="26"/>
                <w:szCs w:val="26"/>
              </w:rPr>
            </w:pPr>
            <w:r w:rsidRPr="00766566">
              <w:rPr>
                <w:rFonts w:cs="Times New Roman"/>
                <w:spacing w:val="-8"/>
                <w:sz w:val="26"/>
                <w:szCs w:val="26"/>
              </w:rPr>
              <w:t xml:space="preserve">1. Giao </w:t>
            </w:r>
            <w:proofErr w:type="spellStart"/>
            <w:r w:rsidRPr="00766566">
              <w:rPr>
                <w:rFonts w:cs="Times New Roman"/>
                <w:spacing w:val="-8"/>
                <w:sz w:val="26"/>
                <w:szCs w:val="26"/>
              </w:rPr>
              <w:t>Ủy</w:t>
            </w:r>
            <w:proofErr w:type="spellEnd"/>
            <w:r w:rsidRPr="00766566">
              <w:rPr>
                <w:rFonts w:cs="Times New Roman"/>
                <w:spacing w:val="-8"/>
                <w:sz w:val="26"/>
                <w:szCs w:val="26"/>
              </w:rPr>
              <w:t xml:space="preserve"> ban </w:t>
            </w:r>
            <w:proofErr w:type="spellStart"/>
            <w:r w:rsidRPr="00766566">
              <w:rPr>
                <w:rFonts w:cs="Times New Roman"/>
                <w:spacing w:val="-8"/>
                <w:sz w:val="26"/>
                <w:szCs w:val="26"/>
              </w:rPr>
              <w:t>nhân</w:t>
            </w:r>
            <w:proofErr w:type="spellEnd"/>
            <w:r w:rsidRPr="00766566">
              <w:rPr>
                <w:rFonts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8"/>
                <w:sz w:val="26"/>
                <w:szCs w:val="26"/>
              </w:rPr>
              <w:t>dân</w:t>
            </w:r>
            <w:proofErr w:type="spellEnd"/>
            <w:r w:rsidRPr="00766566">
              <w:rPr>
                <w:rFonts w:cs="Times New Roman"/>
                <w:spacing w:val="-8"/>
                <w:sz w:val="26"/>
                <w:szCs w:val="26"/>
              </w:rPr>
              <w:t xml:space="preserve"> Thành </w:t>
            </w:r>
            <w:proofErr w:type="spellStart"/>
            <w:r w:rsidRPr="00766566">
              <w:rPr>
                <w:rFonts w:cs="Times New Roman"/>
                <w:spacing w:val="-8"/>
                <w:sz w:val="26"/>
                <w:szCs w:val="26"/>
              </w:rPr>
              <w:t>phố</w:t>
            </w:r>
            <w:proofErr w:type="spellEnd"/>
            <w:r w:rsidRPr="00766566">
              <w:rPr>
                <w:rFonts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8"/>
                <w:sz w:val="26"/>
                <w:szCs w:val="26"/>
              </w:rPr>
              <w:t>tổ</w:t>
            </w:r>
            <w:proofErr w:type="spellEnd"/>
            <w:r w:rsidRPr="00766566">
              <w:rPr>
                <w:rFonts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8"/>
                <w:sz w:val="26"/>
                <w:szCs w:val="26"/>
              </w:rPr>
              <w:t>chức</w:t>
            </w:r>
            <w:proofErr w:type="spellEnd"/>
            <w:r w:rsidRPr="00766566">
              <w:rPr>
                <w:rFonts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8"/>
                <w:sz w:val="26"/>
                <w:szCs w:val="26"/>
              </w:rPr>
              <w:t>triển</w:t>
            </w:r>
            <w:proofErr w:type="spellEnd"/>
            <w:r w:rsidRPr="00766566">
              <w:rPr>
                <w:rFonts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8"/>
                <w:sz w:val="26"/>
                <w:szCs w:val="26"/>
              </w:rPr>
              <w:t>khai</w:t>
            </w:r>
            <w:proofErr w:type="spellEnd"/>
            <w:r w:rsidRPr="00766566">
              <w:rPr>
                <w:rFonts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8"/>
                <w:sz w:val="26"/>
                <w:szCs w:val="26"/>
              </w:rPr>
              <w:t>thực</w:t>
            </w:r>
            <w:proofErr w:type="spellEnd"/>
            <w:r w:rsidRPr="00766566">
              <w:rPr>
                <w:rFonts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8"/>
                <w:sz w:val="26"/>
                <w:szCs w:val="26"/>
              </w:rPr>
              <w:t>hiện</w:t>
            </w:r>
            <w:proofErr w:type="spellEnd"/>
            <w:r w:rsidRPr="00766566">
              <w:rPr>
                <w:rFonts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8"/>
                <w:sz w:val="26"/>
                <w:szCs w:val="26"/>
              </w:rPr>
              <w:t>Nghị</w:t>
            </w:r>
            <w:proofErr w:type="spellEnd"/>
            <w:r w:rsidRPr="00766566">
              <w:rPr>
                <w:rFonts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8"/>
                <w:sz w:val="26"/>
                <w:szCs w:val="26"/>
              </w:rPr>
              <w:t>quyết</w:t>
            </w:r>
            <w:proofErr w:type="spellEnd"/>
            <w:r w:rsidRPr="00766566">
              <w:rPr>
                <w:rFonts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spacing w:val="-8"/>
                <w:sz w:val="26"/>
                <w:szCs w:val="26"/>
              </w:rPr>
              <w:t>này</w:t>
            </w:r>
            <w:proofErr w:type="spellEnd"/>
            <w:r w:rsidRPr="00766566">
              <w:rPr>
                <w:rFonts w:cs="Times New Roman"/>
                <w:spacing w:val="-8"/>
                <w:sz w:val="26"/>
                <w:szCs w:val="26"/>
              </w:rPr>
              <w:t>.</w:t>
            </w:r>
          </w:p>
          <w:p w14:paraId="1B48133E" w14:textId="409BFB45" w:rsidR="00421D9E" w:rsidRPr="00766566" w:rsidRDefault="00770CA2" w:rsidP="00766566">
            <w:pPr>
              <w:shd w:val="clear" w:color="auto" w:fill="FFFFFF"/>
              <w:spacing w:before="120" w:after="120" w:line="264" w:lineRule="auto"/>
              <w:jc w:val="both"/>
              <w:outlineLvl w:val="3"/>
              <w:rPr>
                <w:rFonts w:cs="Times New Roman"/>
                <w:sz w:val="26"/>
                <w:szCs w:val="26"/>
              </w:rPr>
            </w:pPr>
            <w:r w:rsidRPr="00766566">
              <w:rPr>
                <w:rFonts w:cs="Times New Roman"/>
                <w:sz w:val="26"/>
                <w:szCs w:val="26"/>
              </w:rPr>
              <w:t>2</w:t>
            </w:r>
            <w:r w:rsidRPr="00766566">
              <w:rPr>
                <w:rFonts w:cs="Times New Roman"/>
                <w:sz w:val="26"/>
                <w:szCs w:val="26"/>
                <w:lang w:val="vi-VN"/>
              </w:rPr>
              <w:t xml:space="preserve">. Thường trực Hội đồng nhân dân, các Ban của Hội đồng nhân dân, các Tổ đại biểu và đại </w:t>
            </w:r>
            <w:r w:rsidRPr="00766566">
              <w:rPr>
                <w:rFonts w:cs="Times New Roman"/>
                <w:sz w:val="26"/>
                <w:szCs w:val="26"/>
                <w:lang w:val="vi-VN"/>
              </w:rPr>
              <w:lastRenderedPageBreak/>
              <w:t>biểu Hội đồng nhân dân Thành phố giám sát chặt chẽ quá trình tổ chức triển khai thực hiện Nghị quyết này.</w:t>
            </w:r>
          </w:p>
        </w:tc>
        <w:tc>
          <w:tcPr>
            <w:tcW w:w="6148" w:type="dxa"/>
            <w:vAlign w:val="center"/>
          </w:tcPr>
          <w:p w14:paraId="3716F795" w14:textId="34B304A0" w:rsidR="00421D9E" w:rsidRPr="00766566" w:rsidRDefault="00421D9E" w:rsidP="00766566">
            <w:pPr>
              <w:spacing w:before="120" w:after="12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  <w:lang w:val="vi-VN"/>
              </w:rPr>
            </w:pPr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lastRenderedPageBreak/>
              <w:t xml:space="preserve">Quy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trách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  <w:lang w:val="vi-VN"/>
              </w:rPr>
              <w:t xml:space="preserve"> nhiệm triển khai thực hiện Nghị quyết</w:t>
            </w:r>
          </w:p>
        </w:tc>
      </w:tr>
      <w:tr w:rsidR="00421D9E" w:rsidRPr="00770CA2" w14:paraId="5B5E893A" w14:textId="77777777" w:rsidTr="00800391">
        <w:trPr>
          <w:jc w:val="center"/>
        </w:trPr>
        <w:tc>
          <w:tcPr>
            <w:tcW w:w="3681" w:type="dxa"/>
            <w:vAlign w:val="center"/>
          </w:tcPr>
          <w:p w14:paraId="0BF6AA99" w14:textId="0C3830CF" w:rsidR="00421D9E" w:rsidRPr="00766566" w:rsidRDefault="00421D9E" w:rsidP="00770CA2">
            <w:pPr>
              <w:spacing w:before="80" w:after="80"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Điều</w:t>
            </w:r>
            <w:proofErr w:type="spellEnd"/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  <w:lang w:val="vi-VN"/>
              </w:rPr>
              <w:t>6</w:t>
            </w:r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 xml:space="preserve">. Hiệu </w:t>
            </w:r>
            <w:proofErr w:type="spellStart"/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lực</w:t>
            </w:r>
            <w:proofErr w:type="spellEnd"/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thi</w:t>
            </w:r>
            <w:proofErr w:type="spellEnd"/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hành</w:t>
            </w:r>
            <w:proofErr w:type="spellEnd"/>
          </w:p>
          <w:p w14:paraId="18BDD88F" w14:textId="77777777" w:rsidR="00421D9E" w:rsidRPr="00766566" w:rsidRDefault="00421D9E" w:rsidP="00421D9E">
            <w:pPr>
              <w:spacing w:before="80" w:after="80" w:line="240" w:lineRule="auto"/>
              <w:ind w:firstLine="720"/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14:paraId="4629A27E" w14:textId="7C40F359" w:rsidR="00421D9E" w:rsidRPr="00766566" w:rsidRDefault="00770CA2" w:rsidP="00766566">
            <w:pPr>
              <w:spacing w:before="80" w:after="80" w:line="240" w:lineRule="auto"/>
              <w:ind w:left="32" w:hanging="32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>Nghị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>quyết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>này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>có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>hiệu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>lực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>thi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>hành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>kể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>từ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 xml:space="preserve">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>ngày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 xml:space="preserve">   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>tháng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 xml:space="preserve">    </w:t>
            </w:r>
            <w:proofErr w:type="spellStart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>năm</w:t>
            </w:r>
            <w:proofErr w:type="spellEnd"/>
            <w:r w:rsidRPr="00766566">
              <w:rPr>
                <w:rFonts w:cs="Times New Roman"/>
                <w:bCs/>
                <w:sz w:val="26"/>
                <w:szCs w:val="26"/>
                <w:lang w:val="en-GB"/>
              </w:rPr>
              <w:t xml:space="preserve"> 2026</w:t>
            </w:r>
          </w:p>
        </w:tc>
        <w:tc>
          <w:tcPr>
            <w:tcW w:w="6148" w:type="dxa"/>
            <w:vAlign w:val="center"/>
          </w:tcPr>
          <w:p w14:paraId="464B8C9F" w14:textId="52C54D0F" w:rsidR="00421D9E" w:rsidRPr="00766566" w:rsidRDefault="00421D9E" w:rsidP="00766566">
            <w:pPr>
              <w:spacing w:before="120" w:after="120" w:line="240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Quy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định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thời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điểm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có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hiệu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lực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thi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hành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Nghị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>quyết</w:t>
            </w:r>
            <w:proofErr w:type="spellEnd"/>
            <w:r w:rsidRPr="00766566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</w:tbl>
    <w:p w14:paraId="5C398B8D" w14:textId="77777777" w:rsidR="00B54A3D" w:rsidRPr="00770CA2" w:rsidRDefault="00B54A3D">
      <w:pPr>
        <w:spacing w:after="0" w:line="252" w:lineRule="auto"/>
        <w:rPr>
          <w:rFonts w:cs="Times New Roman"/>
          <w:sz w:val="26"/>
          <w:szCs w:val="26"/>
        </w:rPr>
      </w:pPr>
    </w:p>
    <w:sectPr w:rsidR="00B54A3D" w:rsidRPr="00770CA2" w:rsidSect="00A954F3">
      <w:headerReference w:type="default" r:id="rId8"/>
      <w:pgSz w:w="16838" w:h="11906" w:orient="landscape" w:code="9"/>
      <w:pgMar w:top="1021" w:right="1134" w:bottom="1021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24411" w14:textId="77777777" w:rsidR="00F61063" w:rsidRDefault="00F61063" w:rsidP="000B0E0C">
      <w:pPr>
        <w:spacing w:after="0" w:line="240" w:lineRule="auto"/>
      </w:pPr>
      <w:r>
        <w:separator/>
      </w:r>
    </w:p>
  </w:endnote>
  <w:endnote w:type="continuationSeparator" w:id="0">
    <w:p w14:paraId="77CD40AC" w14:textId="77777777" w:rsidR="00F61063" w:rsidRDefault="00F61063" w:rsidP="000B0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143F0" w14:textId="77777777" w:rsidR="00F61063" w:rsidRDefault="00F61063" w:rsidP="000B0E0C">
      <w:pPr>
        <w:spacing w:after="0" w:line="240" w:lineRule="auto"/>
      </w:pPr>
      <w:r>
        <w:separator/>
      </w:r>
    </w:p>
  </w:footnote>
  <w:footnote w:type="continuationSeparator" w:id="0">
    <w:p w14:paraId="2D13DF6F" w14:textId="77777777" w:rsidR="00F61063" w:rsidRDefault="00F61063" w:rsidP="000B0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68198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5A8AFA" w14:textId="4E8DC429" w:rsidR="00773561" w:rsidRDefault="0077356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7D32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5C92956D" w14:textId="77777777" w:rsidR="00773561" w:rsidRDefault="007735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C804FE"/>
    <w:multiLevelType w:val="hybridMultilevel"/>
    <w:tmpl w:val="869EB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9D7BAD"/>
    <w:multiLevelType w:val="hybridMultilevel"/>
    <w:tmpl w:val="CEA2BC06"/>
    <w:lvl w:ilvl="0" w:tplc="055050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EE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17BCE"/>
    <w:multiLevelType w:val="hybridMultilevel"/>
    <w:tmpl w:val="C77C7F88"/>
    <w:lvl w:ilvl="0" w:tplc="93B05CE2">
      <w:start w:val="1"/>
      <w:numFmt w:val="upperLetter"/>
      <w:lvlText w:val="%1)"/>
      <w:lvlJc w:val="left"/>
      <w:pPr>
        <w:ind w:left="720" w:hanging="360"/>
      </w:pPr>
      <w:rPr>
        <w:rFonts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695473">
    <w:abstractNumId w:val="8"/>
  </w:num>
  <w:num w:numId="2" w16cid:durableId="161821847">
    <w:abstractNumId w:val="6"/>
  </w:num>
  <w:num w:numId="3" w16cid:durableId="1288395028">
    <w:abstractNumId w:val="5"/>
  </w:num>
  <w:num w:numId="4" w16cid:durableId="510218022">
    <w:abstractNumId w:val="4"/>
  </w:num>
  <w:num w:numId="5" w16cid:durableId="1011491675">
    <w:abstractNumId w:val="7"/>
  </w:num>
  <w:num w:numId="6" w16cid:durableId="1637760536">
    <w:abstractNumId w:val="3"/>
  </w:num>
  <w:num w:numId="7" w16cid:durableId="338821401">
    <w:abstractNumId w:val="2"/>
  </w:num>
  <w:num w:numId="8" w16cid:durableId="95173739">
    <w:abstractNumId w:val="1"/>
  </w:num>
  <w:num w:numId="9" w16cid:durableId="1072966384">
    <w:abstractNumId w:val="0"/>
  </w:num>
  <w:num w:numId="10" w16cid:durableId="1171484035">
    <w:abstractNumId w:val="10"/>
  </w:num>
  <w:num w:numId="11" w16cid:durableId="944535147">
    <w:abstractNumId w:val="9"/>
  </w:num>
  <w:num w:numId="12" w16cid:durableId="20979446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435A"/>
    <w:rsid w:val="0003039A"/>
    <w:rsid w:val="00034616"/>
    <w:rsid w:val="0004397C"/>
    <w:rsid w:val="0005245A"/>
    <w:rsid w:val="0006063C"/>
    <w:rsid w:val="00064D04"/>
    <w:rsid w:val="00071B3F"/>
    <w:rsid w:val="00096099"/>
    <w:rsid w:val="00097B96"/>
    <w:rsid w:val="000B0E0C"/>
    <w:rsid w:val="000B71BD"/>
    <w:rsid w:val="000C7342"/>
    <w:rsid w:val="00100183"/>
    <w:rsid w:val="00107DED"/>
    <w:rsid w:val="001143BE"/>
    <w:rsid w:val="00125743"/>
    <w:rsid w:val="00125E6D"/>
    <w:rsid w:val="0015074B"/>
    <w:rsid w:val="001750F5"/>
    <w:rsid w:val="00197D86"/>
    <w:rsid w:val="001A3AA3"/>
    <w:rsid w:val="001F0BF6"/>
    <w:rsid w:val="00221D47"/>
    <w:rsid w:val="002366BC"/>
    <w:rsid w:val="002523DE"/>
    <w:rsid w:val="0025608C"/>
    <w:rsid w:val="002669B5"/>
    <w:rsid w:val="002822EF"/>
    <w:rsid w:val="0029198D"/>
    <w:rsid w:val="0029639D"/>
    <w:rsid w:val="002E2332"/>
    <w:rsid w:val="002E748A"/>
    <w:rsid w:val="002F16A7"/>
    <w:rsid w:val="00320A54"/>
    <w:rsid w:val="00321EDE"/>
    <w:rsid w:val="00326F90"/>
    <w:rsid w:val="00341583"/>
    <w:rsid w:val="0035416A"/>
    <w:rsid w:val="00373026"/>
    <w:rsid w:val="00384A47"/>
    <w:rsid w:val="00384BE2"/>
    <w:rsid w:val="00397CEB"/>
    <w:rsid w:val="003A1757"/>
    <w:rsid w:val="003A5664"/>
    <w:rsid w:val="003B2B4E"/>
    <w:rsid w:val="003C0121"/>
    <w:rsid w:val="003E5C4C"/>
    <w:rsid w:val="003E78F5"/>
    <w:rsid w:val="003F1023"/>
    <w:rsid w:val="00410D2F"/>
    <w:rsid w:val="00411C92"/>
    <w:rsid w:val="00412AE4"/>
    <w:rsid w:val="00421D9E"/>
    <w:rsid w:val="00425814"/>
    <w:rsid w:val="004352A1"/>
    <w:rsid w:val="00450FD8"/>
    <w:rsid w:val="00464BDC"/>
    <w:rsid w:val="00467B2C"/>
    <w:rsid w:val="004A5A97"/>
    <w:rsid w:val="004C1AD0"/>
    <w:rsid w:val="004C33A7"/>
    <w:rsid w:val="004D05DE"/>
    <w:rsid w:val="004D7222"/>
    <w:rsid w:val="00510173"/>
    <w:rsid w:val="00512915"/>
    <w:rsid w:val="00544C5E"/>
    <w:rsid w:val="00545B23"/>
    <w:rsid w:val="00563B52"/>
    <w:rsid w:val="00565FC4"/>
    <w:rsid w:val="00595235"/>
    <w:rsid w:val="005D7DA4"/>
    <w:rsid w:val="00600A3D"/>
    <w:rsid w:val="00664A47"/>
    <w:rsid w:val="00666C04"/>
    <w:rsid w:val="00696D95"/>
    <w:rsid w:val="006F5477"/>
    <w:rsid w:val="006F5E3E"/>
    <w:rsid w:val="006F5F26"/>
    <w:rsid w:val="00766566"/>
    <w:rsid w:val="00770CA2"/>
    <w:rsid w:val="00773561"/>
    <w:rsid w:val="007B61BC"/>
    <w:rsid w:val="007C7426"/>
    <w:rsid w:val="007E1186"/>
    <w:rsid w:val="007F14C2"/>
    <w:rsid w:val="00800391"/>
    <w:rsid w:val="00825351"/>
    <w:rsid w:val="00885CFC"/>
    <w:rsid w:val="008B6C60"/>
    <w:rsid w:val="008C0817"/>
    <w:rsid w:val="008C41C9"/>
    <w:rsid w:val="008D7185"/>
    <w:rsid w:val="00932686"/>
    <w:rsid w:val="00946668"/>
    <w:rsid w:val="00947D85"/>
    <w:rsid w:val="009512D6"/>
    <w:rsid w:val="00971EAC"/>
    <w:rsid w:val="0098542F"/>
    <w:rsid w:val="009D334C"/>
    <w:rsid w:val="009E567F"/>
    <w:rsid w:val="009F014B"/>
    <w:rsid w:val="00A1432C"/>
    <w:rsid w:val="00A422B8"/>
    <w:rsid w:val="00A953E9"/>
    <w:rsid w:val="00A954F3"/>
    <w:rsid w:val="00AA0D39"/>
    <w:rsid w:val="00AA1D8D"/>
    <w:rsid w:val="00AA4B60"/>
    <w:rsid w:val="00AB7D32"/>
    <w:rsid w:val="00AC2722"/>
    <w:rsid w:val="00AE5AF1"/>
    <w:rsid w:val="00AE7D5A"/>
    <w:rsid w:val="00AF2B24"/>
    <w:rsid w:val="00B0255F"/>
    <w:rsid w:val="00B032E2"/>
    <w:rsid w:val="00B13235"/>
    <w:rsid w:val="00B20326"/>
    <w:rsid w:val="00B27618"/>
    <w:rsid w:val="00B41673"/>
    <w:rsid w:val="00B47730"/>
    <w:rsid w:val="00B54A3D"/>
    <w:rsid w:val="00B8313E"/>
    <w:rsid w:val="00B92B6D"/>
    <w:rsid w:val="00BB7E96"/>
    <w:rsid w:val="00BC5CE1"/>
    <w:rsid w:val="00C15253"/>
    <w:rsid w:val="00C240C7"/>
    <w:rsid w:val="00C2540C"/>
    <w:rsid w:val="00C67ECD"/>
    <w:rsid w:val="00C816F8"/>
    <w:rsid w:val="00C94F16"/>
    <w:rsid w:val="00C95DC9"/>
    <w:rsid w:val="00CB0664"/>
    <w:rsid w:val="00CD6A35"/>
    <w:rsid w:val="00CE4A75"/>
    <w:rsid w:val="00D01C32"/>
    <w:rsid w:val="00D37653"/>
    <w:rsid w:val="00D43BA6"/>
    <w:rsid w:val="00D55898"/>
    <w:rsid w:val="00D73067"/>
    <w:rsid w:val="00DF709C"/>
    <w:rsid w:val="00E12ECD"/>
    <w:rsid w:val="00E161EA"/>
    <w:rsid w:val="00E44A52"/>
    <w:rsid w:val="00E56F0F"/>
    <w:rsid w:val="00E63BE2"/>
    <w:rsid w:val="00EA09EA"/>
    <w:rsid w:val="00EC19AC"/>
    <w:rsid w:val="00ED4826"/>
    <w:rsid w:val="00EF5154"/>
    <w:rsid w:val="00F145E0"/>
    <w:rsid w:val="00F37E04"/>
    <w:rsid w:val="00F57274"/>
    <w:rsid w:val="00F60C70"/>
    <w:rsid w:val="00F61063"/>
    <w:rsid w:val="00F8031E"/>
    <w:rsid w:val="00F866A1"/>
    <w:rsid w:val="00FB60BC"/>
    <w:rsid w:val="00FC5190"/>
    <w:rsid w:val="00FC693F"/>
    <w:rsid w:val="00FD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7E54D5"/>
  <w14:defaultImageDpi w14:val="300"/>
  <w15:docId w15:val="{CE7D03A4-9EDF-452E-BE2A-265C56711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21D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D47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581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9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19961F-0671-41BB-8A48-DA800D814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2026</Words>
  <Characters>11554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Tran Vu Bao Ngoc</cp:lastModifiedBy>
  <cp:revision>10</cp:revision>
  <cp:lastPrinted>2026-09-03T00:54:00Z</cp:lastPrinted>
  <dcterms:created xsi:type="dcterms:W3CDTF">2026-09-27T13:22:00Z</dcterms:created>
  <dcterms:modified xsi:type="dcterms:W3CDTF">2026-09-30T06:50:00Z</dcterms:modified>
  <cp:category/>
</cp:coreProperties>
</file>