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0" w:type="dxa"/>
        <w:jc w:val="center"/>
        <w:tblLook w:val="01E0" w:firstRow="1" w:lastRow="1" w:firstColumn="1" w:lastColumn="1" w:noHBand="0" w:noVBand="0"/>
      </w:tblPr>
      <w:tblGrid>
        <w:gridCol w:w="4186"/>
        <w:gridCol w:w="5954"/>
      </w:tblGrid>
      <w:tr w:rsidR="00BC2432" w:rsidRPr="00BC2432" w:rsidTr="00FA1286">
        <w:trPr>
          <w:trHeight w:val="1549"/>
          <w:jc w:val="center"/>
        </w:trPr>
        <w:tc>
          <w:tcPr>
            <w:tcW w:w="4186" w:type="dxa"/>
            <w:tcMar>
              <w:left w:w="0" w:type="dxa"/>
              <w:right w:w="0" w:type="dxa"/>
            </w:tcMar>
          </w:tcPr>
          <w:p w:rsidR="00723D39" w:rsidRPr="00BC2432" w:rsidRDefault="00723D39" w:rsidP="00723D39">
            <w:pPr>
              <w:spacing w:after="0" w:line="240" w:lineRule="auto"/>
              <w:jc w:val="center"/>
              <w:rPr>
                <w:rFonts w:cs="Times New Roman"/>
                <w:b/>
                <w:sz w:val="26"/>
                <w:szCs w:val="26"/>
                <w:lang w:val="nl-NL"/>
              </w:rPr>
            </w:pPr>
            <w:r w:rsidRPr="00BC2432">
              <w:rPr>
                <w:rFonts w:cs="Times New Roman"/>
                <w:b/>
                <w:sz w:val="26"/>
                <w:szCs w:val="26"/>
                <w:lang w:val="nl-NL"/>
              </w:rPr>
              <w:t>HỘI ĐỒNG NHÂN DÂN</w:t>
            </w:r>
          </w:p>
          <w:p w:rsidR="00723D39" w:rsidRPr="00BC2432" w:rsidRDefault="00723D39" w:rsidP="00723D39">
            <w:pPr>
              <w:spacing w:after="0" w:line="240" w:lineRule="auto"/>
              <w:jc w:val="center"/>
              <w:rPr>
                <w:rFonts w:cs="Times New Roman"/>
                <w:b/>
                <w:sz w:val="26"/>
                <w:szCs w:val="26"/>
                <w:lang w:val="nl-NL"/>
              </w:rPr>
            </w:pPr>
            <w:r w:rsidRPr="00BC2432">
              <w:rPr>
                <w:rFonts w:cs="Times New Roman"/>
                <w:b/>
                <w:sz w:val="26"/>
                <w:szCs w:val="26"/>
                <w:lang w:val="nl-NL"/>
              </w:rPr>
              <w:t>THÀNH PHỐ HỒ CHÍ MINH</w:t>
            </w:r>
          </w:p>
          <w:p w:rsidR="00723D39" w:rsidRPr="00BC2432" w:rsidRDefault="00723D39" w:rsidP="00723D39">
            <w:pPr>
              <w:spacing w:after="0" w:line="240" w:lineRule="auto"/>
              <w:jc w:val="center"/>
              <w:rPr>
                <w:rFonts w:cs="Times New Roman"/>
                <w:spacing w:val="-8"/>
                <w:sz w:val="26"/>
                <w:szCs w:val="26"/>
              </w:rPr>
            </w:pPr>
            <w:r w:rsidRPr="00BC2432">
              <w:rPr>
                <w:rFonts w:cs="Times New Roman"/>
                <w:noProof/>
                <w:sz w:val="26"/>
                <w:szCs w:val="26"/>
              </w:rPr>
              <mc:AlternateContent>
                <mc:Choice Requires="wps">
                  <w:drawing>
                    <wp:anchor distT="4294967291" distB="4294967291" distL="114300" distR="114300" simplePos="0" relativeHeight="251657216" behindDoc="0" locked="0" layoutInCell="1" allowOverlap="1" wp14:anchorId="53D43B98" wp14:editId="0FFF1A7A">
                      <wp:simplePos x="0" y="0"/>
                      <wp:positionH relativeFrom="column">
                        <wp:posOffset>813435</wp:posOffset>
                      </wp:positionH>
                      <wp:positionV relativeFrom="paragraph">
                        <wp:posOffset>54610</wp:posOffset>
                      </wp:positionV>
                      <wp:extent cx="985652" cy="0"/>
                      <wp:effectExtent l="0" t="0" r="24130" b="19050"/>
                      <wp:wrapNone/>
                      <wp:docPr id="172906932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5652"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FA36E8" id="Straight Connector 3"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4.05pt,4.3pt" to="141.6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"/>
                  </w:pict>
                </mc:Fallback>
              </mc:AlternateContent>
            </w:r>
          </w:p>
          <w:p w:rsidR="00723D39" w:rsidRPr="00BC2432" w:rsidRDefault="00723D39" w:rsidP="00723D39">
            <w:pPr>
              <w:spacing w:after="0" w:line="240" w:lineRule="auto"/>
              <w:rPr>
                <w:rFonts w:cs="Times New Roman"/>
                <w:sz w:val="26"/>
                <w:szCs w:val="26"/>
              </w:rPr>
            </w:pPr>
            <w:r w:rsidRPr="00BC2432">
              <w:rPr>
                <w:rFonts w:cs="Times New Roman"/>
                <w:noProof/>
                <w:szCs w:val="26"/>
              </w:rPr>
              <mc:AlternateContent>
                <mc:Choice Requires="wps">
                  <w:drawing>
                    <wp:anchor distT="0" distB="0" distL="114300" distR="114300" simplePos="0" relativeHeight="251659264" behindDoc="0" locked="0" layoutInCell="1" allowOverlap="1" wp14:anchorId="48A76F25" wp14:editId="5A5FBA74">
                      <wp:simplePos x="0" y="0"/>
                      <wp:positionH relativeFrom="margin">
                        <wp:posOffset>762000</wp:posOffset>
                      </wp:positionH>
                      <wp:positionV relativeFrom="paragraph">
                        <wp:posOffset>262890</wp:posOffset>
                      </wp:positionV>
                      <wp:extent cx="1095375" cy="314325"/>
                      <wp:effectExtent l="0" t="0" r="28575" b="28575"/>
                      <wp:wrapNone/>
                      <wp:docPr id="1038500237" name="Text Box 4"/>
                      <wp:cNvGraphicFramePr/>
                      <a:graphic xmlns:a="http://schemas.openxmlformats.org/drawingml/2006/main">
                        <a:graphicData uri="http://schemas.microsoft.com/office/word/2010/wordprocessingShape">
                          <wps:wsp>
                            <wps:cNvSpPr txBox="1"/>
                            <wps:spPr>
                              <a:xfrm>
                                <a:off x="0" y="0"/>
                                <a:ext cx="1095375" cy="314325"/>
                              </a:xfrm>
                              <a:prstGeom prst="rect">
                                <a:avLst/>
                              </a:prstGeom>
                              <a:solidFill>
                                <a:schemeClr val="lt1"/>
                              </a:solidFill>
                              <a:ln w="6350">
                                <a:solidFill>
                                  <a:prstClr val="black"/>
                                </a:solidFill>
                              </a:ln>
                            </wps:spPr>
                            <wps:txbx>
                              <w:txbxContent>
                                <w:p w:rsidR="00723D39" w:rsidRPr="00583EC1" w:rsidRDefault="00723D39" w:rsidP="00723D39">
                                  <w:pPr>
                                    <w:jc w:val="center"/>
                                    <w:rPr>
                                      <w:b/>
                                    </w:rPr>
                                  </w:pPr>
                                  <w:r w:rsidRPr="00583EC1">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76F25" id="_x0000_t202" coordsize="21600,21600" o:spt="202" path="m,l,21600r21600,l21600,xe">
                      <v:stroke joinstyle="miter"/>
                      <v:path gradientshapeok="t" o:connecttype="rect"/>
                    </v:shapetype>
                    <v:shape id="Text Box 4" o:spid="_x0000_s1026" type="#_x0000_t202" style="position:absolute;margin-left:60pt;margin-top:20.7pt;width:86.25pt;height:2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" fillcolor="white [3201]" strokeweight=".5pt">
                      <v:textbox>
                        <w:txbxContent>
                          <w:p w:rsidR="00723D39" w:rsidRPr="00583EC1" w:rsidRDefault="00723D39" w:rsidP="00723D39">
                            <w:pPr>
                              <w:jc w:val="center"/>
                              <w:rPr>
                                <w:b/>
                              </w:rPr>
                            </w:pPr>
                            <w:r w:rsidRPr="00583EC1">
                              <w:rPr>
                                <w:b/>
                              </w:rPr>
                              <w:t>DỰ THẢO</w:t>
                            </w:r>
                          </w:p>
                        </w:txbxContent>
                      </v:textbox>
                      <w10:wrap anchorx="margin"/>
                    </v:shape>
                  </w:pict>
                </mc:Fallback>
              </mc:AlternateContent>
            </w:r>
            <w:r w:rsidRPr="00BC2432">
              <w:rPr>
                <w:rFonts w:cs="Times New Roman"/>
                <w:sz w:val="26"/>
                <w:szCs w:val="26"/>
              </w:rPr>
              <w:t xml:space="preserve">               Số:               </w:t>
            </w:r>
          </w:p>
        </w:tc>
        <w:tc>
          <w:tcPr>
            <w:tcW w:w="5954" w:type="dxa"/>
            <w:tcMar>
              <w:left w:w="0" w:type="dxa"/>
              <w:right w:w="0" w:type="dxa"/>
            </w:tcMar>
          </w:tcPr>
          <w:p w:rsidR="00723D39" w:rsidRPr="00BC2432" w:rsidRDefault="00723D39" w:rsidP="00723D39">
            <w:pPr>
              <w:spacing w:after="0" w:line="240" w:lineRule="auto"/>
              <w:ind w:left="-108" w:right="-108"/>
              <w:jc w:val="center"/>
              <w:rPr>
                <w:rFonts w:cs="Times New Roman"/>
                <w:b/>
                <w:spacing w:val="-8"/>
                <w:sz w:val="26"/>
                <w:szCs w:val="26"/>
              </w:rPr>
            </w:pPr>
            <w:r w:rsidRPr="00BC2432">
              <w:rPr>
                <w:rFonts w:cs="Times New Roman"/>
                <w:b/>
                <w:spacing w:val="-8"/>
                <w:sz w:val="26"/>
                <w:szCs w:val="26"/>
              </w:rPr>
              <w:t>CỘNG HÒA XÃ HỘI CHỦ NGHĨA VIỆT NAM</w:t>
            </w:r>
          </w:p>
          <w:p w:rsidR="00723D39" w:rsidRPr="00BC2432" w:rsidRDefault="00723D39" w:rsidP="00723D39">
            <w:pPr>
              <w:spacing w:after="0" w:line="240" w:lineRule="auto"/>
              <w:ind w:left="-108" w:right="-108"/>
              <w:jc w:val="center"/>
              <w:rPr>
                <w:rFonts w:cs="Times New Roman"/>
                <w:b/>
                <w:spacing w:val="-8"/>
                <w:sz w:val="26"/>
                <w:szCs w:val="26"/>
              </w:rPr>
            </w:pPr>
            <w:r w:rsidRPr="00BC2432">
              <w:rPr>
                <w:rFonts w:cs="Times New Roman"/>
                <w:b/>
                <w:spacing w:val="-8"/>
                <w:sz w:val="26"/>
                <w:szCs w:val="26"/>
              </w:rPr>
              <w:t xml:space="preserve">Độc lập </w:t>
            </w:r>
            <w:r w:rsidRPr="00BC2432">
              <w:rPr>
                <w:rFonts w:cs="Times New Roman"/>
                <w:spacing w:val="-8"/>
                <w:sz w:val="26"/>
                <w:szCs w:val="26"/>
              </w:rPr>
              <w:t>-</w:t>
            </w:r>
            <w:r w:rsidRPr="00BC2432">
              <w:rPr>
                <w:rFonts w:cs="Times New Roman"/>
                <w:b/>
                <w:spacing w:val="-8"/>
                <w:sz w:val="26"/>
                <w:szCs w:val="26"/>
              </w:rPr>
              <w:t xml:space="preserve"> Tự do </w:t>
            </w:r>
            <w:r w:rsidRPr="00BC2432">
              <w:rPr>
                <w:rFonts w:cs="Times New Roman"/>
                <w:spacing w:val="-8"/>
                <w:sz w:val="26"/>
                <w:szCs w:val="26"/>
              </w:rPr>
              <w:t>-</w:t>
            </w:r>
            <w:r w:rsidRPr="00BC2432">
              <w:rPr>
                <w:rFonts w:cs="Times New Roman"/>
                <w:b/>
                <w:spacing w:val="-8"/>
                <w:sz w:val="26"/>
                <w:szCs w:val="26"/>
              </w:rPr>
              <w:t xml:space="preserve"> Hạnh phúc</w:t>
            </w:r>
          </w:p>
          <w:p w:rsidR="00723D39" w:rsidRPr="00BC2432" w:rsidRDefault="00723D39" w:rsidP="00723D39">
            <w:pPr>
              <w:spacing w:after="0" w:line="240" w:lineRule="auto"/>
              <w:jc w:val="center"/>
              <w:rPr>
                <w:rFonts w:cs="Times New Roman"/>
                <w:b/>
                <w:spacing w:val="-8"/>
                <w:sz w:val="26"/>
                <w:szCs w:val="26"/>
              </w:rPr>
            </w:pPr>
            <w:r w:rsidRPr="00BC2432">
              <w:rPr>
                <w:rFonts w:cs="Times New Roman"/>
                <w:noProof/>
                <w:sz w:val="26"/>
                <w:szCs w:val="26"/>
              </w:rPr>
              <mc:AlternateContent>
                <mc:Choice Requires="wps">
                  <w:drawing>
                    <wp:anchor distT="4294967291" distB="4294967291" distL="114300" distR="114300" simplePos="0" relativeHeight="251655168" behindDoc="0" locked="0" layoutInCell="1" allowOverlap="1" wp14:anchorId="2580D014" wp14:editId="59BB643C">
                      <wp:simplePos x="0" y="0"/>
                      <wp:positionH relativeFrom="column">
                        <wp:posOffset>962660</wp:posOffset>
                      </wp:positionH>
                      <wp:positionV relativeFrom="paragraph">
                        <wp:posOffset>15240</wp:posOffset>
                      </wp:positionV>
                      <wp:extent cx="1847850" cy="0"/>
                      <wp:effectExtent l="0" t="0" r="19050" b="19050"/>
                      <wp:wrapNone/>
                      <wp:docPr id="145894337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5FB9A1A" id="Straight Connector 1"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8pt,1.2pt" to="221.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"/>
                  </w:pict>
                </mc:Fallback>
              </mc:AlternateContent>
            </w:r>
          </w:p>
          <w:p w:rsidR="00723D39" w:rsidRPr="00BC2432" w:rsidRDefault="00723D39" w:rsidP="00723D39">
            <w:pPr>
              <w:spacing w:after="0" w:line="240" w:lineRule="auto"/>
              <w:rPr>
                <w:rFonts w:cs="Times New Roman"/>
                <w:bCs/>
                <w:i/>
                <w:iCs/>
                <w:sz w:val="26"/>
                <w:szCs w:val="26"/>
              </w:rPr>
            </w:pPr>
            <w:r w:rsidRPr="00BC2432">
              <w:rPr>
                <w:rFonts w:cs="Times New Roman"/>
                <w:bCs/>
                <w:i/>
                <w:iCs/>
                <w:spacing w:val="-12"/>
                <w:sz w:val="26"/>
                <w:szCs w:val="26"/>
              </w:rPr>
              <w:t xml:space="preserve">     </w:t>
            </w:r>
            <w:r w:rsidRPr="00BC2432">
              <w:rPr>
                <w:rFonts w:cs="Times New Roman"/>
                <w:bCs/>
                <w:i/>
                <w:iCs/>
                <w:sz w:val="26"/>
                <w:szCs w:val="26"/>
              </w:rPr>
              <w:t>Thành phố Hồ Chí Minh, ngày       tháng     năm 2026</w:t>
            </w:r>
          </w:p>
        </w:tc>
      </w:tr>
    </w:tbl>
    <w:p w:rsidR="00743380" w:rsidRPr="00BC2432" w:rsidRDefault="000F079C" w:rsidP="003C0011">
      <w:pPr>
        <w:spacing w:after="0"/>
        <w:jc w:val="center"/>
        <w:rPr>
          <w:rFonts w:cs="Times New Roman"/>
        </w:rPr>
      </w:pPr>
      <w:r w:rsidRPr="00BC2432">
        <w:rPr>
          <w:rFonts w:cs="Times New Roman"/>
          <w:b/>
        </w:rPr>
        <w:t>NGHỊ QUYẾT</w:t>
      </w:r>
    </w:p>
    <w:p w:rsidR="00743380" w:rsidRPr="00BC2432" w:rsidRDefault="000F079C">
      <w:pPr>
        <w:spacing w:after="120"/>
        <w:jc w:val="center"/>
        <w:rPr>
          <w:rFonts w:cs="Times New Roman"/>
        </w:rPr>
      </w:pPr>
      <w:r w:rsidRPr="00BC2432">
        <w:rPr>
          <w:rFonts w:cs="Times New Roman"/>
          <w:b/>
        </w:rPr>
        <w:t xml:space="preserve">Quy định mức chi và việc sử dụng kinh phí thực hiện công tác thăm dò, </w:t>
      </w:r>
      <w:r w:rsidR="00723D39" w:rsidRPr="00BC2432">
        <w:rPr>
          <w:rFonts w:cs="Times New Roman"/>
          <w:b/>
        </w:rPr>
        <w:br/>
      </w:r>
      <w:r w:rsidRPr="00BC2432">
        <w:rPr>
          <w:rFonts w:cs="Times New Roman"/>
          <w:b/>
        </w:rPr>
        <w:t xml:space="preserve">khai quật khảo cổ từ nguồn ngân sách nhà nước trên địa bàn </w:t>
      </w:r>
      <w:r w:rsidR="00723D39" w:rsidRPr="00BC2432">
        <w:rPr>
          <w:rFonts w:cs="Times New Roman"/>
          <w:b/>
        </w:rPr>
        <w:br/>
      </w:r>
      <w:r w:rsidRPr="00BC2432">
        <w:rPr>
          <w:rFonts w:cs="Times New Roman"/>
          <w:b/>
        </w:rPr>
        <w:t>Thành phố Hồ Chí Minh</w:t>
      </w:r>
    </w:p>
    <w:p w:rsidR="00743380" w:rsidRPr="00BC2432" w:rsidRDefault="00723D39" w:rsidP="003C0011">
      <w:pPr>
        <w:spacing w:before="360" w:after="120" w:line="240" w:lineRule="auto"/>
        <w:ind w:firstLine="567"/>
        <w:jc w:val="both"/>
        <w:rPr>
          <w:rFonts w:cs="Times New Roman"/>
        </w:rPr>
      </w:pPr>
      <w:r w:rsidRPr="00BC2432">
        <w:rPr>
          <w:rFonts w:cs="Times New Roman"/>
          <w:i/>
        </w:rPr>
        <w:t>Căn cứ Luật Tổ chức chính quyền địa phương số 72/2025/QH15 ngày 16 tháng 6 năm 2025;</w:t>
      </w:r>
    </w:p>
    <w:p w:rsidR="00743380" w:rsidRPr="00BC2432" w:rsidRDefault="000F079C" w:rsidP="00CB73FD">
      <w:pPr>
        <w:spacing w:before="120" w:after="120" w:line="240" w:lineRule="auto"/>
        <w:ind w:firstLine="567"/>
        <w:jc w:val="both"/>
        <w:rPr>
          <w:rFonts w:cs="Times New Roman"/>
        </w:rPr>
      </w:pPr>
      <w:r w:rsidRPr="00BC2432">
        <w:rPr>
          <w:rFonts w:cs="Times New Roman"/>
          <w:i/>
        </w:rPr>
        <w:t>Căn cứ Luật Ngân sách nhà nước số 89/2025/QH15 ngày 25 tháng 6 năm 2025;</w:t>
      </w:r>
    </w:p>
    <w:p w:rsidR="00743380" w:rsidRPr="00BC2432" w:rsidRDefault="000F079C" w:rsidP="00CB73FD">
      <w:pPr>
        <w:spacing w:before="120" w:after="120" w:line="240" w:lineRule="auto"/>
        <w:ind w:firstLine="567"/>
        <w:jc w:val="both"/>
        <w:rPr>
          <w:rFonts w:cs="Times New Roman"/>
        </w:rPr>
      </w:pPr>
      <w:r w:rsidRPr="00BC2432">
        <w:rPr>
          <w:rFonts w:cs="Times New Roman"/>
          <w:i/>
        </w:rPr>
        <w:t>Căn cứ Luật Di sản văn hóa số 45/2024/QH15 ngày 23 tháng 11 năm 2024;</w:t>
      </w:r>
    </w:p>
    <w:p w:rsidR="00743380" w:rsidRPr="00BC2432" w:rsidRDefault="000F079C" w:rsidP="00CB73FD">
      <w:pPr>
        <w:spacing w:before="120" w:after="120" w:line="240" w:lineRule="auto"/>
        <w:ind w:firstLine="567"/>
        <w:jc w:val="both"/>
        <w:rPr>
          <w:rFonts w:cs="Times New Roman"/>
        </w:rPr>
      </w:pPr>
      <w:r w:rsidRPr="00BC2432">
        <w:rPr>
          <w:rFonts w:cs="Times New Roman"/>
          <w:i/>
        </w:rPr>
        <w:t>Căn cứ Nghị định số 308/2025/NĐ-CP ngày 28 tháng 11 năm 2025 của Chính phủ quy định chi tiết một số điều và hướng dẫn thi hành Luật Di sản văn hóa;</w:t>
      </w:r>
    </w:p>
    <w:p w:rsidR="00743380" w:rsidRPr="00BC2432" w:rsidRDefault="000F079C" w:rsidP="00CB73FD">
      <w:pPr>
        <w:spacing w:before="120" w:after="120" w:line="240" w:lineRule="auto"/>
        <w:ind w:firstLine="567"/>
        <w:jc w:val="both"/>
        <w:rPr>
          <w:rFonts w:cs="Times New Roman"/>
        </w:rPr>
      </w:pPr>
      <w:r w:rsidRPr="00BC2432">
        <w:rPr>
          <w:rFonts w:cs="Times New Roman"/>
          <w:i/>
        </w:rPr>
        <w:t>Căn cứ Thông tư số 67/2019/TT-BTC ngày 23 tháng 9 năm 2019 của Bộ trưởng Bộ Tài chính quy định nội dung và mức chi thực hiện công tác thăm dò, khai quật khảo cổ từ nguồn ngân sách nhà nước;</w:t>
      </w:r>
    </w:p>
    <w:p w:rsidR="00743380" w:rsidRPr="00BC2432" w:rsidRDefault="000F079C" w:rsidP="00CB73FD">
      <w:pPr>
        <w:spacing w:before="120" w:after="120" w:line="240" w:lineRule="auto"/>
        <w:ind w:firstLine="567"/>
        <w:jc w:val="both"/>
        <w:rPr>
          <w:rFonts w:cs="Times New Roman"/>
        </w:rPr>
      </w:pPr>
      <w:r w:rsidRPr="00BC2432">
        <w:rPr>
          <w:rFonts w:cs="Times New Roman"/>
          <w:i/>
        </w:rPr>
        <w:t>Xét Tờ trình số ……… /TTr-UBND ngày … tháng … năm 2026 của Ủy ban nhân dân Thành phố về dự thảo Nghị quyết quy định mức chi và việc sử dụng kinh phí thực hiện công tác thăm dò, khai quật khảo cổ từ nguồn ngân sách nhà nước trên địa bàn Thành phố Hồ Chí Minh; Báo cáo thẩm tra số ……… /BC-BVHXH ngày … tháng … năm 2026 của Ban Văn hóa - Xã hội Hội đồng nhân dân Thành phố; ý kiến thảo luận của đại biểu Hội đồng nhân dân Thành phố tại kỳ họp;</w:t>
      </w:r>
    </w:p>
    <w:p w:rsidR="00743380" w:rsidRPr="00BC2432" w:rsidRDefault="000F079C" w:rsidP="00CB73FD">
      <w:pPr>
        <w:spacing w:before="120" w:after="120" w:line="240" w:lineRule="auto"/>
        <w:ind w:firstLine="567"/>
        <w:jc w:val="both"/>
        <w:rPr>
          <w:rFonts w:cs="Times New Roman"/>
        </w:rPr>
      </w:pPr>
      <w:r w:rsidRPr="00BC2432">
        <w:rPr>
          <w:rFonts w:cs="Times New Roman"/>
        </w:rPr>
        <w:t>Hội đồng nhân dân Thành phố ban hành Nghị quyết quy định mức chi và việc sử dụng kinh phí thực hiện công tác thăm dò, khai quật khảo cổ từ nguồn ngân sách nhà nước trên địa bàn Thành phố Hồ Chí Minh.</w:t>
      </w:r>
    </w:p>
    <w:p w:rsidR="00743380" w:rsidRPr="00BC2432" w:rsidRDefault="000F079C" w:rsidP="00CB73FD">
      <w:pPr>
        <w:spacing w:before="120" w:after="120" w:line="240" w:lineRule="auto"/>
        <w:ind w:firstLine="567"/>
        <w:jc w:val="both"/>
        <w:rPr>
          <w:rFonts w:cs="Times New Roman"/>
        </w:rPr>
      </w:pPr>
      <w:r w:rsidRPr="00BC2432">
        <w:rPr>
          <w:rFonts w:cs="Times New Roman"/>
          <w:b/>
        </w:rPr>
        <w:t>Điều 1. Phạm vi điều chỉnh</w:t>
      </w:r>
    </w:p>
    <w:p w:rsidR="00743380" w:rsidRPr="00BC2432" w:rsidRDefault="000F079C" w:rsidP="00CB73FD">
      <w:pPr>
        <w:spacing w:before="120" w:after="120" w:line="240" w:lineRule="auto"/>
        <w:ind w:firstLine="567"/>
        <w:jc w:val="both"/>
        <w:rPr>
          <w:rFonts w:cs="Times New Roman"/>
        </w:rPr>
      </w:pPr>
      <w:r w:rsidRPr="00BC2432">
        <w:rPr>
          <w:rFonts w:cs="Times New Roman"/>
        </w:rPr>
        <w:t>1. Nghị quyết này quy định mức chi thực hiện công tác thăm dò, khai quật khảo cổ từ nguồn ngân sách nhà nước trên địa bàn Thành phố Hồ Chí Minh.</w:t>
      </w:r>
    </w:p>
    <w:p w:rsidR="00743380" w:rsidRPr="00BC2432" w:rsidRDefault="000F079C" w:rsidP="00CB73FD">
      <w:pPr>
        <w:spacing w:before="120" w:after="120" w:line="240" w:lineRule="auto"/>
        <w:ind w:firstLine="567"/>
        <w:jc w:val="both"/>
        <w:rPr>
          <w:rFonts w:cs="Times New Roman"/>
        </w:rPr>
      </w:pPr>
      <w:r w:rsidRPr="00BC2432">
        <w:rPr>
          <w:rFonts w:cs="Times New Roman"/>
        </w:rPr>
        <w:t>2. Đối với các khoản viện trợ không hoàn lại hoặc các khoản hỗ trợ có mục đích, địa chỉ của các tổ chức, cá nhân trong và ngoài nước cho các dự án thăm dò, khai quật khảo cổ thì thực hiện theo quy định của nhà tài trợ (nếu có) hoặc theo quy định của cơ quan chủ quản sau khi có sự thỏa thuận của đại diện nhà tài trợ và Bộ Tài chính (nếu có); trường hợp nhà tài trợ hoặc đại diện nhà tài trợ và Bộ Tài chính không có quy định riêng thì áp dụng theo quy định tại Nghị quyết này.</w:t>
      </w:r>
    </w:p>
    <w:p w:rsidR="00743380" w:rsidRPr="00BC2432" w:rsidRDefault="000F079C" w:rsidP="00CB73FD">
      <w:pPr>
        <w:spacing w:before="120" w:after="120" w:line="240" w:lineRule="auto"/>
        <w:ind w:firstLine="567"/>
        <w:jc w:val="both"/>
        <w:rPr>
          <w:rFonts w:cs="Times New Roman"/>
        </w:rPr>
      </w:pPr>
      <w:r w:rsidRPr="00BC2432">
        <w:rPr>
          <w:rFonts w:cs="Times New Roman"/>
          <w:b/>
        </w:rPr>
        <w:lastRenderedPageBreak/>
        <w:t>Điều 2. Đối tượng áp dụng</w:t>
      </w:r>
    </w:p>
    <w:p w:rsidR="00743380" w:rsidRPr="00BC2432" w:rsidRDefault="000F079C" w:rsidP="00CB73FD">
      <w:pPr>
        <w:spacing w:before="120" w:after="120" w:line="240" w:lineRule="auto"/>
        <w:ind w:firstLine="567"/>
        <w:jc w:val="both"/>
        <w:rPr>
          <w:rFonts w:cs="Times New Roman"/>
        </w:rPr>
      </w:pPr>
      <w:r w:rsidRPr="00BC2432">
        <w:rPr>
          <w:rFonts w:cs="Times New Roman"/>
        </w:rPr>
        <w:t>Cơ quan, đơn vị, tổ chức, cá nhân có liên quan đến công tác thăm dò, khai quật khảo cổ từ nguồn ngân sách nhà nước trên địa bàn Thành phố Hồ Chí Minh.</w:t>
      </w:r>
    </w:p>
    <w:p w:rsidR="00743380" w:rsidRPr="00BC2432" w:rsidRDefault="000F079C" w:rsidP="00CB73FD">
      <w:pPr>
        <w:spacing w:before="120" w:after="120" w:line="240" w:lineRule="auto"/>
        <w:ind w:firstLine="567"/>
        <w:jc w:val="both"/>
        <w:rPr>
          <w:rFonts w:cs="Times New Roman"/>
        </w:rPr>
      </w:pPr>
      <w:r w:rsidRPr="00BC2432">
        <w:rPr>
          <w:rFonts w:cs="Times New Roman"/>
          <w:b/>
        </w:rPr>
        <w:t>Điều 3. Mức chi</w:t>
      </w:r>
    </w:p>
    <w:p w:rsidR="00743380" w:rsidRPr="00BC2432" w:rsidRDefault="000F079C" w:rsidP="00CB73FD">
      <w:pPr>
        <w:spacing w:before="120" w:after="120" w:line="240" w:lineRule="auto"/>
        <w:ind w:firstLine="567"/>
        <w:jc w:val="both"/>
        <w:rPr>
          <w:rFonts w:cs="Times New Roman"/>
        </w:rPr>
      </w:pPr>
      <w:r w:rsidRPr="00BC2432">
        <w:rPr>
          <w:rFonts w:cs="Times New Roman"/>
        </w:rPr>
        <w:t>1. Chi thù lao cho cán bộ khoa học, kỹ thuật (là người của cơ quan có chức năng thực hiện dự án thăm dò, khai quật khảo cổ hoặc được cử tham gia thường xuyên và trực tiếp vào dự án thăm dò, khai quật khảo cổ): mức chi 300.000 đồng/người/ngày. Số ngày làm căn cứ để thanh toán chi bồi dưỡng là số ngày thực tế trực tiếp làm việc tại hiện trường khai quật hoặc trực tiếp thực hiện các nhiệm vụ chỉnh lý hiện vật khảo cổ theo sự phân công và có sự xác nhận của thủ trưởng đơn vị hoặc chủ nhiệm đề tài/dự án trong phạm vi dự toán được Ủy ban nhân dân Thành phố phê duyệt.</w:t>
      </w:r>
    </w:p>
    <w:p w:rsidR="00743380" w:rsidRPr="00BC2432" w:rsidRDefault="000F079C" w:rsidP="00CB73FD">
      <w:pPr>
        <w:spacing w:before="120" w:after="120" w:line="240" w:lineRule="auto"/>
        <w:ind w:firstLine="567"/>
        <w:jc w:val="both"/>
        <w:rPr>
          <w:rFonts w:cs="Times New Roman"/>
        </w:rPr>
      </w:pPr>
      <w:r w:rsidRPr="00BC2432">
        <w:rPr>
          <w:rFonts w:cs="Times New Roman"/>
        </w:rPr>
        <w:t>Ngoài mức chi bồi dưỡng nêu trên, cán bộ khoa học, kỹ thuật vẫn được hưởng chế độ lương, các loại phụ cấp đang hiện hưởng, chế độ công tác phí theo quy định đối với các cơ quan hành chính và đơn vị sự nghiệp công lập.</w:t>
      </w:r>
    </w:p>
    <w:p w:rsidR="00743380" w:rsidRPr="00BC2432" w:rsidRDefault="000F079C" w:rsidP="00CB73FD">
      <w:pPr>
        <w:spacing w:before="120" w:after="120" w:line="240" w:lineRule="auto"/>
        <w:ind w:firstLine="567"/>
        <w:jc w:val="both"/>
        <w:rPr>
          <w:rFonts w:cs="Times New Roman"/>
        </w:rPr>
      </w:pPr>
      <w:r w:rsidRPr="00BC2432">
        <w:rPr>
          <w:rFonts w:cs="Times New Roman"/>
        </w:rPr>
        <w:t>2. Chi thù lao đối với chuyên gia tư vấn khoa học cho công tác thăm dò, khai quật khảo cổ (là người ký hợp đồng tham gia tư vấn khoa học trong quá trình xây dựng và thực hiện dự án thăm dò, khai quật khảo cổ):</w:t>
      </w:r>
    </w:p>
    <w:p w:rsidR="00743380" w:rsidRPr="00BC2432" w:rsidRDefault="000F079C" w:rsidP="00CB73FD">
      <w:pPr>
        <w:spacing w:before="120" w:after="120" w:line="240" w:lineRule="auto"/>
        <w:ind w:firstLine="567"/>
        <w:jc w:val="both"/>
        <w:rPr>
          <w:rFonts w:cs="Times New Roman"/>
        </w:rPr>
      </w:pPr>
      <w:r w:rsidRPr="00BC2432">
        <w:rPr>
          <w:rFonts w:cs="Times New Roman"/>
        </w:rPr>
        <w:t>Chuyên gia tư vấn khoa học tham gia tư vấn dự án thăm dò, khai quật khảo cổ theo hình thức hợp đồng tư vấn. Mức chi cho chuyên gia tư vấn khoa học làm căn cứ để ký kết hợp đồng trọn gói cho những ngày tham gia tư vấn: mức chi 650.000 đồng/ngày/người; ngoài mức thù lao trên, chuyên gia tư vấn khoa học được thanh toán tiền thuê phòng nghỉ tại nơi đến công tác, tiền tàu, xe (nếu có) theo mức chi quy định về chế độ công tác phí áp dụng đối với các cơ quan hành chính và đơn vị sự nghiệp công lập.</w:t>
      </w:r>
    </w:p>
    <w:p w:rsidR="00743380" w:rsidRPr="00BC2432" w:rsidRDefault="000F079C" w:rsidP="00CB73FD">
      <w:pPr>
        <w:spacing w:before="120" w:after="120" w:line="240" w:lineRule="auto"/>
        <w:ind w:firstLine="567"/>
        <w:jc w:val="both"/>
        <w:rPr>
          <w:rFonts w:cs="Times New Roman"/>
        </w:rPr>
      </w:pPr>
      <w:r w:rsidRPr="00BC2432">
        <w:rPr>
          <w:rFonts w:cs="Times New Roman"/>
        </w:rPr>
        <w:t>3. Chi hội thảo phục vụ công tác thăm dò, khai quật khảo cổ; hội thảo báo cáo kết quả thăm dò, khai quật khảo cổ và kết quả nghiên cứu, chỉnh lý di tích, di vật: mức chi theo quy định hiện hành về công tác phí, chế độ chi hội nghị.</w:t>
      </w:r>
    </w:p>
    <w:p w:rsidR="00743380" w:rsidRPr="00BC2432" w:rsidRDefault="000F079C" w:rsidP="00CB73FD">
      <w:pPr>
        <w:spacing w:before="120" w:after="120" w:line="240" w:lineRule="auto"/>
        <w:ind w:firstLine="567"/>
        <w:jc w:val="both"/>
        <w:rPr>
          <w:rFonts w:cs="Times New Roman"/>
        </w:rPr>
      </w:pPr>
      <w:r w:rsidRPr="00BC2432">
        <w:rPr>
          <w:rFonts w:cs="Times New Roman"/>
        </w:rPr>
        <w:t>4. Mức chi thuê khoán nhân công phục vụ công tác điều tra, đào thăm dò, khai quật khảo cổ, phân loại chỉnh lý di vật; chi thuê khoán bảo vệ công trường và kho tạm 24/24</w:t>
      </w:r>
      <w:r w:rsidR="00BC2432" w:rsidRPr="00BC2432">
        <w:rPr>
          <w:rFonts w:cs="Times New Roman"/>
        </w:rPr>
        <w:t xml:space="preserve"> giờ</w:t>
      </w:r>
      <w:r w:rsidRPr="00BC2432">
        <w:rPr>
          <w:rFonts w:cs="Times New Roman"/>
        </w:rPr>
        <w:t>: chi theo hợp đồng thỏa thuận theo mức giá thuê khoán nhân công trên địa bàn; mức chi 350.000 đồng/ngày/người.</w:t>
      </w:r>
    </w:p>
    <w:p w:rsidR="00743380" w:rsidRPr="00BC2432" w:rsidRDefault="000F079C" w:rsidP="00CB73FD">
      <w:pPr>
        <w:spacing w:before="120" w:after="120" w:line="240" w:lineRule="auto"/>
        <w:ind w:firstLine="567"/>
        <w:jc w:val="both"/>
        <w:rPr>
          <w:rFonts w:cs="Times New Roman"/>
        </w:rPr>
      </w:pPr>
      <w:r w:rsidRPr="00BC2432">
        <w:rPr>
          <w:rFonts w:cs="Times New Roman"/>
        </w:rPr>
        <w:t>5. Mức chi viết báo cáo kết quả thăm dò, khai quật khảo cổ:</w:t>
      </w:r>
    </w:p>
    <w:p w:rsidR="00743380" w:rsidRPr="00BC2432" w:rsidRDefault="000F079C" w:rsidP="00CB73FD">
      <w:pPr>
        <w:spacing w:before="120" w:after="120" w:line="240" w:lineRule="auto"/>
        <w:ind w:firstLine="567"/>
        <w:jc w:val="both"/>
        <w:rPr>
          <w:rFonts w:cs="Times New Roman"/>
        </w:rPr>
      </w:pPr>
      <w:r w:rsidRPr="00BC2432">
        <w:rPr>
          <w:rFonts w:cs="Times New Roman"/>
        </w:rPr>
        <w:t>a) Mức chi viết báo cáo sơ bộ: 4.000.000 đồng/báo cáo.</w:t>
      </w:r>
    </w:p>
    <w:p w:rsidR="00743380" w:rsidRPr="00BC2432" w:rsidRDefault="000F079C" w:rsidP="00CB73FD">
      <w:pPr>
        <w:spacing w:before="120" w:after="120" w:line="240" w:lineRule="auto"/>
        <w:ind w:firstLine="567"/>
        <w:jc w:val="both"/>
        <w:rPr>
          <w:rFonts w:cs="Times New Roman"/>
        </w:rPr>
      </w:pPr>
      <w:r w:rsidRPr="00BC2432">
        <w:rPr>
          <w:rFonts w:cs="Times New Roman"/>
        </w:rPr>
        <w:t>b) Mức chi viết báo cáo khoa học: 12.000.000 đồng/báo cáo.</w:t>
      </w:r>
    </w:p>
    <w:p w:rsidR="00743380" w:rsidRPr="00BC2432" w:rsidRDefault="000F079C" w:rsidP="00CB73FD">
      <w:pPr>
        <w:spacing w:before="120" w:after="120" w:line="240" w:lineRule="auto"/>
        <w:ind w:firstLine="567"/>
        <w:jc w:val="both"/>
        <w:rPr>
          <w:rFonts w:cs="Times New Roman"/>
        </w:rPr>
      </w:pPr>
      <w:r w:rsidRPr="00BC2432">
        <w:rPr>
          <w:rFonts w:cs="Times New Roman"/>
        </w:rPr>
        <w:t>6. Mức chi cho công tác lập hồ sơ khoa học:</w:t>
      </w:r>
    </w:p>
    <w:p w:rsidR="00743380" w:rsidRPr="00BC2432" w:rsidRDefault="000F079C" w:rsidP="00CB73FD">
      <w:pPr>
        <w:spacing w:before="120" w:after="120" w:line="240" w:lineRule="auto"/>
        <w:ind w:firstLine="567"/>
        <w:jc w:val="both"/>
        <w:rPr>
          <w:rFonts w:cs="Times New Roman"/>
        </w:rPr>
      </w:pPr>
      <w:r w:rsidRPr="00BC2432">
        <w:rPr>
          <w:rFonts w:cs="Times New Roman"/>
        </w:rPr>
        <w:lastRenderedPageBreak/>
        <w:t>a) Chi dập hoa văn và văn bia: 100.000 đồng/bản (khổ A4), 150.000 đồng/bản (khổ A3), 250.000 đồng/bản (khổ A2), 450.000 đồng/bản (khổ A0).</w:t>
      </w:r>
    </w:p>
    <w:p w:rsidR="00743380" w:rsidRPr="00BC2432" w:rsidRDefault="000F079C" w:rsidP="00CB73FD">
      <w:pPr>
        <w:spacing w:before="120" w:after="120" w:line="240" w:lineRule="auto"/>
        <w:ind w:firstLine="567"/>
        <w:jc w:val="both"/>
        <w:rPr>
          <w:rFonts w:cs="Times New Roman"/>
        </w:rPr>
      </w:pPr>
      <w:r w:rsidRPr="00BC2432">
        <w:rPr>
          <w:rFonts w:cs="Times New Roman"/>
        </w:rPr>
        <w:t>b) Chi chụp ảnh chụp di tích và di vật: 25.000 đồng/ảnh (bao gồm công chụp, chỉnh sửa và chi phí làm ảnh cỡ 9x12).</w:t>
      </w:r>
    </w:p>
    <w:p w:rsidR="00743380" w:rsidRPr="00BC2432" w:rsidRDefault="000F079C" w:rsidP="00CB73FD">
      <w:pPr>
        <w:spacing w:before="120" w:after="120" w:line="240" w:lineRule="auto"/>
        <w:ind w:firstLine="567"/>
        <w:jc w:val="both"/>
        <w:rPr>
          <w:rFonts w:cs="Times New Roman"/>
        </w:rPr>
      </w:pPr>
      <w:r w:rsidRPr="00BC2432">
        <w:rPr>
          <w:rFonts w:cs="Times New Roman"/>
        </w:rPr>
        <w:t>c) Phiếu đăng ký hiện vật (mô tả đặc trưng, niên đại, nguồn gốc và tính chất hiện vật): 30.000 đồng/phiếu.</w:t>
      </w:r>
    </w:p>
    <w:p w:rsidR="00743380" w:rsidRPr="00BC2432" w:rsidRDefault="000F079C" w:rsidP="00CB73FD">
      <w:pPr>
        <w:spacing w:before="120" w:after="120" w:line="240" w:lineRule="auto"/>
        <w:ind w:firstLine="567"/>
        <w:jc w:val="both"/>
        <w:rPr>
          <w:rFonts w:cs="Times New Roman"/>
        </w:rPr>
      </w:pPr>
      <w:r w:rsidRPr="00BC2432">
        <w:rPr>
          <w:rFonts w:cs="Times New Roman"/>
        </w:rPr>
        <w:t>d) Mức chi đo vẽ di tích, di vật (mặt bằng tổng thể khu di tích, mặt bằng hiện trạng di tích, mặt cắt địa tầng, chi tiết các dấu vết kiến trúc..., hình dáng, hoa văn của các loại di vật...) chi theo hợp đồng thỏa thuận trên cơ sở ngày công lao động và mức chi bồi dưỡng đối với cán bộ quy định tại khoản 1 Điều này.</w:t>
      </w:r>
    </w:p>
    <w:p w:rsidR="00743380" w:rsidRPr="00BC2432" w:rsidRDefault="000F079C" w:rsidP="00CB73FD">
      <w:pPr>
        <w:spacing w:before="120" w:after="120" w:line="240" w:lineRule="auto"/>
        <w:ind w:firstLine="567"/>
        <w:jc w:val="both"/>
        <w:rPr>
          <w:rFonts w:cs="Times New Roman"/>
        </w:rPr>
      </w:pPr>
      <w:r w:rsidRPr="00BC2432">
        <w:rPr>
          <w:rFonts w:cs="Times New Roman"/>
        </w:rPr>
        <w:t>7. Các mức chi còn lại được áp dụng theo các quy định tại các khoản 7, 8, 9, 10 và 11 Điều 4 của Thông tư số 67/2019/TT-BTC ngày 23 tháng 9 năm 2019 của Bộ trưởng Bộ Tài chính quy định nội dung và mức chi thực hiện công tác thăm dò, khai quật khảo cổ từ nguồn ngân sách nhà nước.</w:t>
      </w:r>
    </w:p>
    <w:p w:rsidR="00743380" w:rsidRPr="00BC2432" w:rsidRDefault="000F079C" w:rsidP="00CB73FD">
      <w:pPr>
        <w:spacing w:before="120" w:after="120" w:line="240" w:lineRule="auto"/>
        <w:ind w:firstLine="567"/>
        <w:jc w:val="both"/>
        <w:rPr>
          <w:rFonts w:cs="Times New Roman"/>
        </w:rPr>
      </w:pPr>
      <w:r w:rsidRPr="00BC2432">
        <w:rPr>
          <w:rFonts w:cs="Times New Roman"/>
          <w:b/>
        </w:rPr>
        <w:t>Điều 4. Nguồn kinh phí</w:t>
      </w:r>
    </w:p>
    <w:p w:rsidR="00743380" w:rsidRPr="00BC2432" w:rsidRDefault="000F079C" w:rsidP="00CB73FD">
      <w:pPr>
        <w:spacing w:before="120" w:after="120" w:line="240" w:lineRule="auto"/>
        <w:ind w:firstLine="567"/>
        <w:jc w:val="both"/>
        <w:rPr>
          <w:rFonts w:cs="Times New Roman"/>
        </w:rPr>
      </w:pPr>
      <w:r w:rsidRPr="00BC2432">
        <w:rPr>
          <w:rFonts w:cs="Times New Roman"/>
        </w:rPr>
        <w:t>1. Ngân sách thành phố bảo đảm kinh phí thực hiện công tác thăm dò, khai quật khảo cổ theo phân cấp quản lý ngân sách hiện hành.</w:t>
      </w:r>
    </w:p>
    <w:p w:rsidR="00743380" w:rsidRPr="00BC2432" w:rsidRDefault="000F079C" w:rsidP="00CB73FD">
      <w:pPr>
        <w:spacing w:before="120" w:after="120" w:line="240" w:lineRule="auto"/>
        <w:ind w:firstLine="567"/>
        <w:jc w:val="both"/>
        <w:rPr>
          <w:rFonts w:cs="Times New Roman"/>
        </w:rPr>
      </w:pPr>
      <w:r w:rsidRPr="00BC2432">
        <w:rPr>
          <w:rFonts w:cs="Times New Roman"/>
        </w:rPr>
        <w:t>2. Trường hợp cần tổ chức thăm dò, khai quật khảo cổ tại khu vực, địa điểm xây dựng công trình thì nguồn kinh phí thực hiện theo quy định tại khoản 4 Điều 38 Luật Di sản văn hóa</w:t>
      </w:r>
      <w:r w:rsidR="004925F7" w:rsidRPr="00BC2432">
        <w:rPr>
          <w:rFonts w:cs="Times New Roman"/>
        </w:rPr>
        <w:t xml:space="preserve"> và pháp luật có liên quan.</w:t>
      </w:r>
    </w:p>
    <w:p w:rsidR="00743380" w:rsidRPr="00BC2432" w:rsidRDefault="000F079C" w:rsidP="00CB73FD">
      <w:pPr>
        <w:spacing w:before="120" w:after="120" w:line="240" w:lineRule="auto"/>
        <w:ind w:firstLine="567"/>
        <w:jc w:val="both"/>
        <w:rPr>
          <w:rFonts w:cs="Times New Roman"/>
        </w:rPr>
      </w:pPr>
      <w:r w:rsidRPr="00BC2432">
        <w:rPr>
          <w:rFonts w:cs="Times New Roman"/>
        </w:rPr>
        <w:t>3. Thành phố khuyến khích huy động nguồn vốn xã hội hóa và các nguồn vốn hợp pháp khác từ các cơ quan, tổ chức, cá nhân để thực hiện công tác thăm dò, khai quật khảo cổ theo quy định của pháp luật.</w:t>
      </w:r>
    </w:p>
    <w:p w:rsidR="00743380" w:rsidRPr="00BC2432" w:rsidRDefault="000F079C" w:rsidP="00CB73FD">
      <w:pPr>
        <w:spacing w:before="120" w:after="120" w:line="240" w:lineRule="auto"/>
        <w:ind w:firstLine="567"/>
        <w:jc w:val="both"/>
        <w:rPr>
          <w:rFonts w:cs="Times New Roman"/>
        </w:rPr>
      </w:pPr>
      <w:r w:rsidRPr="00BC2432">
        <w:rPr>
          <w:rFonts w:cs="Times New Roman"/>
          <w:b/>
        </w:rPr>
        <w:t>Điều 5. Tổ chức thực hiện</w:t>
      </w:r>
    </w:p>
    <w:p w:rsidR="00743380" w:rsidRPr="00BC2432" w:rsidRDefault="000F079C" w:rsidP="00CB73FD">
      <w:pPr>
        <w:spacing w:before="120" w:after="120" w:line="240" w:lineRule="auto"/>
        <w:ind w:firstLine="567"/>
        <w:jc w:val="both"/>
        <w:rPr>
          <w:rFonts w:cs="Times New Roman"/>
        </w:rPr>
      </w:pPr>
      <w:r w:rsidRPr="00BC2432">
        <w:rPr>
          <w:rFonts w:cs="Times New Roman"/>
        </w:rPr>
        <w:t>1. Giao Ủy ban nhân dân Thành phố tổ chức triển khai thực hiện Nghị quyết này.</w:t>
      </w:r>
    </w:p>
    <w:p w:rsidR="00743380" w:rsidRPr="00BC2432" w:rsidRDefault="000F079C" w:rsidP="00CB73FD">
      <w:pPr>
        <w:spacing w:before="120" w:after="120" w:line="240" w:lineRule="auto"/>
        <w:ind w:firstLine="567"/>
        <w:jc w:val="both"/>
        <w:rPr>
          <w:rFonts w:cs="Times New Roman"/>
        </w:rPr>
      </w:pPr>
      <w:r w:rsidRPr="00BC2432">
        <w:rPr>
          <w:rFonts w:cs="Times New Roman"/>
        </w:rPr>
        <w:t>2. Thường trực Hội đồng nhân dân, các Ban của Hội đồng nhân dân Thành phố, các Tổ đại biểu Hội đồng nhân dân Thành phố và các đại biểu Hội đồng nhân dân Thành phố giám sát chặt chẽ quá trình tổ chức triển khai thực hiện Nghị quyết này.</w:t>
      </w:r>
    </w:p>
    <w:p w:rsidR="00743380" w:rsidRPr="00BC2432" w:rsidRDefault="000F079C" w:rsidP="00CB73FD">
      <w:pPr>
        <w:spacing w:before="120" w:after="120" w:line="240" w:lineRule="auto"/>
        <w:ind w:firstLine="567"/>
        <w:jc w:val="both"/>
        <w:rPr>
          <w:rFonts w:cs="Times New Roman"/>
        </w:rPr>
      </w:pPr>
      <w:r w:rsidRPr="00BC2432">
        <w:rPr>
          <w:rFonts w:cs="Times New Roman"/>
          <w:b/>
        </w:rPr>
        <w:t>Điều 6. Điều khoản thi hành</w:t>
      </w:r>
    </w:p>
    <w:p w:rsidR="00743380" w:rsidRPr="00BC2432" w:rsidRDefault="000F079C" w:rsidP="00CB73FD">
      <w:pPr>
        <w:spacing w:before="120" w:after="120" w:line="240" w:lineRule="auto"/>
        <w:ind w:firstLine="567"/>
        <w:jc w:val="both"/>
        <w:rPr>
          <w:rFonts w:cs="Times New Roman"/>
        </w:rPr>
      </w:pPr>
      <w:r w:rsidRPr="00BC2432">
        <w:rPr>
          <w:rFonts w:cs="Times New Roman"/>
        </w:rPr>
        <w:t>1. Nghị quyết này có hiệu lực kể từ ngày .... tháng ... năm 2026.</w:t>
      </w:r>
    </w:p>
    <w:p w:rsidR="002E0307" w:rsidRPr="00BC2432" w:rsidRDefault="0095017B" w:rsidP="00CB73FD">
      <w:pPr>
        <w:spacing w:before="120" w:after="120" w:line="240" w:lineRule="auto"/>
        <w:ind w:firstLine="567"/>
        <w:jc w:val="both"/>
        <w:rPr>
          <w:rFonts w:cs="Times New Roman"/>
        </w:rPr>
      </w:pPr>
      <w:r w:rsidRPr="00BC2432">
        <w:rPr>
          <w:rFonts w:cs="Times New Roman"/>
        </w:rPr>
        <w:t>2. Trường hợp các văn bản được viện dẫn, dẫn chiếu tại Nghị quyết này được sửa đổi, bổ sung hoặc thay thế bằng văn bản mới thì áp dụng theo văn bản mới ban hành, trừ trường hợp pháp luật có quy định khác.</w:t>
      </w:r>
    </w:p>
    <w:p w:rsidR="00743380" w:rsidRPr="00BC2432" w:rsidRDefault="000F079C" w:rsidP="00CB73FD">
      <w:pPr>
        <w:spacing w:before="120" w:after="120" w:line="240" w:lineRule="auto"/>
        <w:ind w:firstLine="567"/>
        <w:jc w:val="both"/>
        <w:rPr>
          <w:rFonts w:cs="Times New Roman"/>
        </w:rPr>
      </w:pPr>
      <w:r w:rsidRPr="00BC2432">
        <w:rPr>
          <w:rFonts w:cs="Times New Roman"/>
        </w:rPr>
        <w:t>3. Các nghị quyết sau đây hết hiệu lực kể từ ngày Nghị quyết này có hiệu lực thi hành:</w:t>
      </w:r>
    </w:p>
    <w:p w:rsidR="00743380" w:rsidRPr="00BC2432" w:rsidRDefault="000F079C" w:rsidP="00CB73FD">
      <w:pPr>
        <w:spacing w:before="120" w:after="120" w:line="240" w:lineRule="auto"/>
        <w:ind w:firstLine="567"/>
        <w:jc w:val="both"/>
        <w:rPr>
          <w:rFonts w:cs="Times New Roman"/>
        </w:rPr>
      </w:pPr>
      <w:r w:rsidRPr="00BC2432">
        <w:rPr>
          <w:rFonts w:cs="Times New Roman"/>
        </w:rPr>
        <w:lastRenderedPageBreak/>
        <w:t>a) Nghị quyết số 10/2021/NQ-HĐND ngày 25 tháng 6 năm 2021 của Hội đồng nhân dân Thành phố Hồ Chí Minh quy định về mức chi và việc sử dụng kinh phí thực hiện công tác thăm dò, khai quật khảo cổ từ nguồn ngân sách nhà nước trên địa bàn Thành phố Hồ Chí Minh.</w:t>
      </w:r>
    </w:p>
    <w:p w:rsidR="00743380" w:rsidRPr="00BC2432" w:rsidRDefault="000F079C" w:rsidP="00CB73FD">
      <w:pPr>
        <w:spacing w:before="120" w:after="120" w:line="240" w:lineRule="auto"/>
        <w:ind w:firstLine="567"/>
        <w:jc w:val="both"/>
        <w:rPr>
          <w:rFonts w:cs="Times New Roman"/>
        </w:rPr>
      </w:pPr>
      <w:r w:rsidRPr="00BC2432">
        <w:rPr>
          <w:rFonts w:cs="Times New Roman"/>
        </w:rPr>
        <w:t>b) Nghị quyết số 04/2020/NQ-HĐND ngày 20 tháng 7 năm 2020 của Hội đồng nhân dân tỉnh Bình Dương quy định mức chi và việc sử dụng kinh phí thực hiện công tác thăm dò, khai quật khảo cổ từ nguồn ngân sách nhà nước trên địa bàn tỉnh Bình Dương.</w:t>
      </w:r>
    </w:p>
    <w:p w:rsidR="00743380" w:rsidRPr="00BC2432" w:rsidRDefault="000F079C" w:rsidP="00CB73FD">
      <w:pPr>
        <w:spacing w:before="120" w:after="120" w:line="240" w:lineRule="auto"/>
        <w:ind w:firstLine="567"/>
        <w:jc w:val="both"/>
        <w:rPr>
          <w:rFonts w:cs="Times New Roman"/>
        </w:rPr>
      </w:pPr>
      <w:r w:rsidRPr="00BC2432">
        <w:rPr>
          <w:rFonts w:cs="Times New Roman"/>
        </w:rPr>
        <w:t>c) Nghị quyết số 13/2020/NQ-HĐND ngày 13 tháng 12 năm 2020 của Hội đồng nhân dân tỉnh Bà Rịa - Vũng Tàu quy định mức chi và việc sử dụng kinh phí thực hiện công tác thăm dò, khai quật khảo cổ từ nguồn ngân sách nhà nước trên địa bàn tỉnh Bà Rịa - Vũng Tàu.</w:t>
      </w:r>
    </w:p>
    <w:p w:rsidR="00BC2432" w:rsidRPr="00BC2432" w:rsidRDefault="00BC2432" w:rsidP="00CB73FD">
      <w:pPr>
        <w:spacing w:before="120" w:after="120" w:line="240" w:lineRule="auto"/>
        <w:ind w:firstLine="567"/>
        <w:jc w:val="both"/>
        <w:rPr>
          <w:rFonts w:cs="Times New Roman"/>
        </w:rPr>
      </w:pPr>
      <w:r w:rsidRPr="00BC2432">
        <w:rPr>
          <w:rFonts w:cs="Times New Roman"/>
        </w:rPr>
        <w:t>4. Đối với dự án, nhiệm vụ thăm dò, khai quật khảo cổ đã được cấp có thẩm quyền phê duyệt dự toán hoặc đã ký hợp đồng trước ngày Nghị quyết này có hiệu lực thi hành thì tiếp tục thực hiện theo dự toán được phê duyệt hoặc hợp đồng đã ký kết; trường hợp điều chỉnh dự toán sau ngày Nghị quyết này có hiệu lực thi hành thì áp dụng quy định tại Nghị quyết này, trừ trường hợp pháp luật có quy định khác.</w:t>
      </w:r>
    </w:p>
    <w:p w:rsidR="00743380" w:rsidRPr="00CB73FD" w:rsidRDefault="000F079C" w:rsidP="00225B93">
      <w:pPr>
        <w:spacing w:before="120" w:after="240" w:line="240" w:lineRule="auto"/>
        <w:ind w:firstLine="567"/>
        <w:jc w:val="both"/>
        <w:rPr>
          <w:rFonts w:cs="Times New Roman"/>
          <w:i/>
        </w:rPr>
      </w:pPr>
      <w:r w:rsidRPr="00CB73FD">
        <w:rPr>
          <w:rFonts w:cs="Times New Roman"/>
          <w:i/>
        </w:rPr>
        <w:t>Nghị quyết này được Hội đồng nhân dân Thành phố Hồ Chí Minh khóa XI, Kỳ họp thứ ... thông qua ngày .... tháng .... năm 2026./.</w:t>
      </w:r>
    </w:p>
    <w:tbl>
      <w:tblPr>
        <w:tblW w:w="9464" w:type="dxa"/>
        <w:tblLook w:val="0000" w:firstRow="0" w:lastRow="0" w:firstColumn="0" w:lastColumn="0" w:noHBand="0" w:noVBand="0"/>
      </w:tblPr>
      <w:tblGrid>
        <w:gridCol w:w="6345"/>
        <w:gridCol w:w="3119"/>
      </w:tblGrid>
      <w:tr w:rsidR="003C0011" w:rsidRPr="00BC2432" w:rsidTr="00B3585E">
        <w:trPr>
          <w:trHeight w:val="987"/>
        </w:trPr>
        <w:tc>
          <w:tcPr>
            <w:tcW w:w="6345" w:type="dxa"/>
          </w:tcPr>
          <w:p w:rsidR="003C0011" w:rsidRPr="00CB73FD" w:rsidRDefault="003C0011" w:rsidP="00B3585E">
            <w:pPr>
              <w:spacing w:after="0" w:line="240" w:lineRule="auto"/>
              <w:rPr>
                <w:rFonts w:cs="Times New Roman"/>
                <w:b/>
                <w:i/>
                <w:sz w:val="24"/>
                <w:szCs w:val="24"/>
              </w:rPr>
            </w:pPr>
            <w:bookmarkStart w:id="0" w:name="_GoBack"/>
            <w:r w:rsidRPr="00CB73FD">
              <w:rPr>
                <w:rFonts w:cs="Times New Roman"/>
                <w:b/>
                <w:i/>
                <w:sz w:val="24"/>
                <w:szCs w:val="24"/>
              </w:rPr>
              <w:t>Nơi nhận:</w:t>
            </w:r>
          </w:p>
          <w:bookmarkEnd w:id="0"/>
          <w:p w:rsidR="003C0011" w:rsidRPr="00BC2432" w:rsidRDefault="00CB73FD" w:rsidP="00B3585E">
            <w:pPr>
              <w:spacing w:after="0" w:line="240" w:lineRule="auto"/>
              <w:rPr>
                <w:rFonts w:cs="Times New Roman"/>
              </w:rPr>
            </w:pPr>
            <w:r w:rsidRPr="00BB6E00">
              <w:rPr>
                <w:sz w:val="22"/>
              </w:rPr>
              <w:t>- Ủy ban Thường vụ Quốc hội;</w:t>
            </w:r>
            <w:r w:rsidRPr="00BB6E00">
              <w:rPr>
                <w:sz w:val="22"/>
              </w:rPr>
              <w:br/>
              <w:t>- Chính phủ;</w:t>
            </w:r>
            <w:r w:rsidRPr="00BB6E00">
              <w:rPr>
                <w:sz w:val="22"/>
              </w:rPr>
              <w:br/>
              <w:t>- Ủy ban Công tác đại biểu của Quốc hội;</w:t>
            </w:r>
            <w:r w:rsidRPr="00BB6E00">
              <w:rPr>
                <w:sz w:val="22"/>
              </w:rPr>
              <w:br/>
              <w:t>- Văn phòng Quốc hội, Văn phòng Chính phủ;</w:t>
            </w:r>
            <w:r w:rsidRPr="00BB6E00">
              <w:rPr>
                <w:sz w:val="22"/>
              </w:rPr>
              <w:br/>
              <w:t>- Ủy ban Văn hóa và Xã hội của Quốc hội;</w:t>
            </w:r>
            <w:r w:rsidRPr="00BB6E00">
              <w:rPr>
                <w:sz w:val="22"/>
              </w:rPr>
              <w:br/>
              <w:t>- Các Bộ, cơ quan ngang Bộ;</w:t>
            </w:r>
            <w:r w:rsidRPr="00BB6E00">
              <w:rPr>
                <w:sz w:val="22"/>
              </w:rPr>
              <w:br/>
              <w:t>- Cục KTVB và Tổ chức THPL - Bộ Tư pháp;</w:t>
            </w:r>
            <w:r w:rsidRPr="00BB6E00">
              <w:rPr>
                <w:sz w:val="22"/>
              </w:rPr>
              <w:br/>
              <w:t>- Ban Thường vụ Thành ủy;</w:t>
            </w:r>
            <w:r w:rsidRPr="00BB6E00">
              <w:rPr>
                <w:sz w:val="22"/>
              </w:rPr>
              <w:br/>
              <w:t>- Đoàn Đại biểu Quốc hội Thành phố Hồ Chí Minh;</w:t>
            </w:r>
            <w:r w:rsidRPr="00BB6E00">
              <w:rPr>
                <w:sz w:val="22"/>
              </w:rPr>
              <w:br/>
              <w:t>- Thường trực HĐND, UBND, UBMTTQVN TPHCM;</w:t>
            </w:r>
            <w:r w:rsidRPr="00BB6E00">
              <w:rPr>
                <w:sz w:val="22"/>
              </w:rPr>
              <w:br/>
              <w:t>- Các Ban Đảng Thành ủy, Văn phòng Thành ủy;</w:t>
            </w:r>
            <w:r w:rsidRPr="00BB6E00">
              <w:rPr>
                <w:sz w:val="22"/>
              </w:rPr>
              <w:br/>
              <w:t>- Các Ban của HĐND Thành phố;</w:t>
            </w:r>
            <w:r w:rsidRPr="00BB6E00">
              <w:rPr>
                <w:sz w:val="22"/>
              </w:rPr>
              <w:br/>
              <w:t>- Các Đại biểu HĐND Thành phố;</w:t>
            </w:r>
            <w:r w:rsidRPr="00BB6E00">
              <w:rPr>
                <w:sz w:val="22"/>
              </w:rPr>
              <w:br/>
              <w:t>- Các Văn phòng: Đoàn ĐBQH và HĐND TP, UBND TP;</w:t>
            </w:r>
            <w:r w:rsidRPr="00BB6E00">
              <w:rPr>
                <w:sz w:val="22"/>
              </w:rPr>
              <w:br/>
              <w:t>- Các Sở, ban, ngành Thành phố;</w:t>
            </w:r>
            <w:r w:rsidRPr="00BB6E00">
              <w:rPr>
                <w:sz w:val="22"/>
              </w:rPr>
              <w:br/>
              <w:t>- Thường trực HĐND, UBND các xã, phường;</w:t>
            </w:r>
            <w:r w:rsidRPr="00BB6E00">
              <w:rPr>
                <w:sz w:val="22"/>
              </w:rPr>
              <w:br/>
              <w:t>- Trung tâm Thông tin điện tử Thành phố;</w:t>
            </w:r>
            <w:r w:rsidRPr="00BB6E00">
              <w:rPr>
                <w:sz w:val="22"/>
              </w:rPr>
              <w:br/>
              <w:t>- Lưu: VT</w:t>
            </w:r>
          </w:p>
        </w:tc>
        <w:tc>
          <w:tcPr>
            <w:tcW w:w="3119" w:type="dxa"/>
          </w:tcPr>
          <w:p w:rsidR="003C0011" w:rsidRPr="00BC2432" w:rsidRDefault="003C0011" w:rsidP="00B3585E">
            <w:pPr>
              <w:spacing w:after="0" w:line="240" w:lineRule="auto"/>
              <w:contextualSpacing/>
              <w:jc w:val="center"/>
              <w:rPr>
                <w:rFonts w:cs="Times New Roman"/>
                <w:b/>
                <w:bCs/>
                <w:szCs w:val="28"/>
                <w:lang w:val="nl-NL"/>
              </w:rPr>
            </w:pPr>
            <w:r w:rsidRPr="00BC2432">
              <w:rPr>
                <w:rFonts w:cs="Times New Roman"/>
                <w:b/>
                <w:bCs/>
                <w:szCs w:val="28"/>
              </w:rPr>
              <w:t>CHỦ TỊCH</w:t>
            </w:r>
          </w:p>
          <w:p w:rsidR="003C0011" w:rsidRPr="00BC2432" w:rsidRDefault="003C0011" w:rsidP="00B3585E">
            <w:pPr>
              <w:spacing w:after="0" w:line="240" w:lineRule="auto"/>
              <w:contextualSpacing/>
              <w:jc w:val="center"/>
              <w:rPr>
                <w:rFonts w:cs="Times New Roman"/>
                <w:b/>
                <w:bCs/>
                <w:szCs w:val="28"/>
                <w:lang w:val="nl-NL"/>
              </w:rPr>
            </w:pPr>
          </w:p>
          <w:p w:rsidR="003C0011" w:rsidRPr="00BC2432" w:rsidRDefault="003C0011" w:rsidP="00B3585E">
            <w:pPr>
              <w:spacing w:after="0" w:line="240" w:lineRule="auto"/>
              <w:contextualSpacing/>
              <w:jc w:val="center"/>
              <w:rPr>
                <w:rFonts w:cs="Times New Roman"/>
                <w:b/>
                <w:bCs/>
                <w:szCs w:val="28"/>
                <w:lang w:val="nl-NL"/>
              </w:rPr>
            </w:pPr>
          </w:p>
          <w:p w:rsidR="003C0011" w:rsidRPr="00BC2432" w:rsidRDefault="003C0011" w:rsidP="00B3585E">
            <w:pPr>
              <w:spacing w:after="0" w:line="240" w:lineRule="auto"/>
              <w:contextualSpacing/>
              <w:jc w:val="center"/>
              <w:rPr>
                <w:rFonts w:cs="Times New Roman"/>
                <w:b/>
                <w:bCs/>
                <w:szCs w:val="28"/>
                <w:lang w:val="nl-NL"/>
              </w:rPr>
            </w:pPr>
          </w:p>
          <w:p w:rsidR="003C0011" w:rsidRPr="00BC2432" w:rsidRDefault="003C0011" w:rsidP="00B3585E">
            <w:pPr>
              <w:spacing w:after="0" w:line="240" w:lineRule="auto"/>
              <w:contextualSpacing/>
              <w:jc w:val="center"/>
              <w:rPr>
                <w:rFonts w:cs="Times New Roman"/>
                <w:b/>
                <w:bCs/>
                <w:szCs w:val="28"/>
              </w:rPr>
            </w:pPr>
          </w:p>
          <w:p w:rsidR="003C0011" w:rsidRPr="00BC2432" w:rsidRDefault="003C0011" w:rsidP="00B3585E">
            <w:pPr>
              <w:spacing w:after="0" w:line="240" w:lineRule="auto"/>
              <w:contextualSpacing/>
              <w:jc w:val="center"/>
              <w:rPr>
                <w:rFonts w:cs="Times New Roman"/>
              </w:rPr>
            </w:pPr>
            <w:r w:rsidRPr="00BC2432">
              <w:rPr>
                <w:rFonts w:cs="Times New Roman"/>
                <w:b/>
                <w:bCs/>
                <w:szCs w:val="28"/>
              </w:rPr>
              <w:br/>
            </w:r>
          </w:p>
        </w:tc>
      </w:tr>
    </w:tbl>
    <w:p w:rsidR="003C0011" w:rsidRPr="00BC2432" w:rsidRDefault="003C0011" w:rsidP="003C0011">
      <w:pPr>
        <w:spacing w:before="120" w:after="360" w:line="240" w:lineRule="auto"/>
        <w:jc w:val="both"/>
        <w:rPr>
          <w:rFonts w:cs="Times New Roman"/>
        </w:rPr>
      </w:pPr>
    </w:p>
    <w:sectPr w:rsidR="003C0011" w:rsidRPr="00BC2432" w:rsidSect="00CB73FD">
      <w:headerReference w:type="default" r:id="rId8"/>
      <w:pgSz w:w="12240" w:h="15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EE6" w:rsidRDefault="002A5EE6" w:rsidP="004826D0">
      <w:pPr>
        <w:spacing w:after="0" w:line="240" w:lineRule="auto"/>
      </w:pPr>
      <w:r>
        <w:separator/>
      </w:r>
    </w:p>
  </w:endnote>
  <w:endnote w:type="continuationSeparator" w:id="0">
    <w:p w:rsidR="002A5EE6" w:rsidRDefault="002A5EE6" w:rsidP="00482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EE6" w:rsidRDefault="002A5EE6" w:rsidP="004826D0">
      <w:pPr>
        <w:spacing w:after="0" w:line="240" w:lineRule="auto"/>
      </w:pPr>
      <w:r>
        <w:separator/>
      </w:r>
    </w:p>
  </w:footnote>
  <w:footnote w:type="continuationSeparator" w:id="0">
    <w:p w:rsidR="002A5EE6" w:rsidRDefault="002A5EE6" w:rsidP="00482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2022197786"/>
      <w:docPartObj>
        <w:docPartGallery w:val="Page Numbers (Top of Page)"/>
        <w:docPartUnique/>
      </w:docPartObj>
    </w:sdtPr>
    <w:sdtEndPr>
      <w:rPr>
        <w:noProof/>
      </w:rPr>
    </w:sdtEndPr>
    <w:sdtContent>
      <w:p w:rsidR="004826D0" w:rsidRPr="00BC2432" w:rsidRDefault="004826D0">
        <w:pPr>
          <w:pStyle w:val="Header"/>
          <w:jc w:val="center"/>
          <w:rPr>
            <w:sz w:val="24"/>
            <w:szCs w:val="24"/>
          </w:rPr>
        </w:pPr>
        <w:r w:rsidRPr="00BC2432">
          <w:rPr>
            <w:sz w:val="24"/>
            <w:szCs w:val="24"/>
          </w:rPr>
          <w:fldChar w:fldCharType="begin"/>
        </w:r>
        <w:r w:rsidRPr="00BC2432">
          <w:rPr>
            <w:sz w:val="24"/>
            <w:szCs w:val="24"/>
          </w:rPr>
          <w:instrText xml:space="preserve"> PAGE   \* MERGEFORMAT </w:instrText>
        </w:r>
        <w:r w:rsidRPr="00BC2432">
          <w:rPr>
            <w:sz w:val="24"/>
            <w:szCs w:val="24"/>
          </w:rPr>
          <w:fldChar w:fldCharType="separate"/>
        </w:r>
        <w:r w:rsidR="00225B93">
          <w:rPr>
            <w:noProof/>
            <w:sz w:val="24"/>
            <w:szCs w:val="24"/>
          </w:rPr>
          <w:t>4</w:t>
        </w:r>
        <w:r w:rsidRPr="00BC2432">
          <w:rPr>
            <w:noProof/>
            <w:sz w:val="24"/>
            <w:szCs w:val="24"/>
          </w:rPr>
          <w:fldChar w:fldCharType="end"/>
        </w:r>
      </w:p>
    </w:sdtContent>
  </w:sdt>
  <w:p w:rsidR="004826D0" w:rsidRPr="00BC2432" w:rsidRDefault="004826D0">
    <w:pPr>
      <w:pStyle w:val="Header"/>
      <w:rPr>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F079C"/>
    <w:rsid w:val="0015074B"/>
    <w:rsid w:val="00225B93"/>
    <w:rsid w:val="0029639D"/>
    <w:rsid w:val="002A5EE6"/>
    <w:rsid w:val="002E0307"/>
    <w:rsid w:val="00326F90"/>
    <w:rsid w:val="003C0011"/>
    <w:rsid w:val="004826D0"/>
    <w:rsid w:val="004925F7"/>
    <w:rsid w:val="00723D39"/>
    <w:rsid w:val="00743380"/>
    <w:rsid w:val="0095017B"/>
    <w:rsid w:val="00AA1D8D"/>
    <w:rsid w:val="00B47730"/>
    <w:rsid w:val="00BC2432"/>
    <w:rsid w:val="00CB0664"/>
    <w:rsid w:val="00CB73FD"/>
    <w:rsid w:val="00CF3944"/>
    <w:rsid w:val="00E76C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2FE3A1ED-204E-4D93-BFD0-09D82810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38AF7-B070-41EB-9876-186F77F35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3</cp:revision>
  <dcterms:created xsi:type="dcterms:W3CDTF">2026-08-28T11:41:00Z</dcterms:created>
  <dcterms:modified xsi:type="dcterms:W3CDTF">2026-08-28T11:42:00Z</dcterms:modified>
  <cp:category/>
</cp:coreProperties>
</file>