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7"/>
        <w:tblW w:w="9781" w:type="dxa"/>
        <w:tblLook w:val="04A0" w:firstRow="1" w:lastRow="0" w:firstColumn="1" w:lastColumn="0" w:noHBand="0" w:noVBand="1"/>
      </w:tblPr>
      <w:tblGrid>
        <w:gridCol w:w="3747"/>
        <w:gridCol w:w="6034"/>
      </w:tblGrid>
      <w:tr w:rsidR="00B24EB2" w:rsidRPr="00B24EB2" w14:paraId="26FD1145" w14:textId="77777777" w:rsidTr="00B265AD">
        <w:tc>
          <w:tcPr>
            <w:tcW w:w="3747" w:type="dxa"/>
          </w:tcPr>
          <w:p w14:paraId="6C344238" w14:textId="77777777" w:rsidR="00B265AD" w:rsidRPr="00B24EB2" w:rsidRDefault="00B265AD" w:rsidP="00B265AD">
            <w:pPr>
              <w:spacing w:after="0" w:line="240" w:lineRule="auto"/>
              <w:rPr>
                <w:rFonts w:cs="Times New Roman"/>
                <w:b/>
                <w:sz w:val="26"/>
                <w:szCs w:val="26"/>
              </w:rPr>
            </w:pPr>
            <w:r w:rsidRPr="00B24EB2">
              <w:rPr>
                <w:rFonts w:cs="Times New Roman"/>
                <w:sz w:val="26"/>
                <w:szCs w:val="26"/>
              </w:rPr>
              <w:t xml:space="preserve">          </w:t>
            </w:r>
            <w:r w:rsidRPr="00B24EB2">
              <w:rPr>
                <w:rFonts w:cs="Times New Roman"/>
                <w:b/>
                <w:sz w:val="26"/>
                <w:szCs w:val="26"/>
              </w:rPr>
              <w:t>ỦY BAN NHÂN DÂN</w:t>
            </w:r>
          </w:p>
          <w:p w14:paraId="2BDD3E7A" w14:textId="77777777" w:rsidR="00B265AD" w:rsidRPr="00B24EB2" w:rsidRDefault="00B265AD" w:rsidP="00B265AD">
            <w:pPr>
              <w:spacing w:after="0" w:line="240" w:lineRule="auto"/>
              <w:jc w:val="center"/>
              <w:rPr>
                <w:rFonts w:cs="Times New Roman"/>
                <w:b/>
                <w:sz w:val="26"/>
                <w:szCs w:val="26"/>
              </w:rPr>
            </w:pPr>
            <w:r w:rsidRPr="00B24EB2">
              <w:rPr>
                <w:rFonts w:cs="Times New Roman"/>
                <w:b/>
                <w:sz w:val="26"/>
                <w:szCs w:val="26"/>
              </w:rPr>
              <w:t>THÀNH PHỐ HỒ CHÍ MINH</w:t>
            </w:r>
          </w:p>
          <w:p w14:paraId="61B2A9F5" w14:textId="77777777" w:rsidR="00B265AD" w:rsidRPr="00B24EB2" w:rsidRDefault="00B265AD" w:rsidP="00B265AD">
            <w:pPr>
              <w:spacing w:after="0" w:line="240" w:lineRule="auto"/>
              <w:jc w:val="center"/>
              <w:rPr>
                <w:rFonts w:cs="Times New Roman"/>
                <w:b/>
                <w:sz w:val="26"/>
                <w:szCs w:val="26"/>
              </w:rPr>
            </w:pPr>
            <w:r w:rsidRPr="00B24EB2">
              <w:rPr>
                <w:rFonts w:cs="Times New Roman"/>
                <w:noProof/>
                <w:sz w:val="26"/>
                <w:szCs w:val="26"/>
              </w:rPr>
              <mc:AlternateContent>
                <mc:Choice Requires="wps">
                  <w:drawing>
                    <wp:anchor distT="0" distB="0" distL="114300" distR="114300" simplePos="0" relativeHeight="251654144" behindDoc="0" locked="0" layoutInCell="1" allowOverlap="1" wp14:anchorId="3BAA5117" wp14:editId="0FF5A99D">
                      <wp:simplePos x="0" y="0"/>
                      <wp:positionH relativeFrom="column">
                        <wp:posOffset>653415</wp:posOffset>
                      </wp:positionH>
                      <wp:positionV relativeFrom="paragraph">
                        <wp:posOffset>27940</wp:posOffset>
                      </wp:positionV>
                      <wp:extent cx="942975" cy="0"/>
                      <wp:effectExtent l="0" t="0" r="28575" b="19050"/>
                      <wp:wrapNone/>
                      <wp:docPr id="2" name="Straight Connector 2"/>
                      <wp:cNvGraphicFramePr/>
                      <a:graphic xmlns:a="http://schemas.openxmlformats.org/drawingml/2006/main">
                        <a:graphicData uri="http://schemas.microsoft.com/office/word/2010/wordprocessingShape">
                          <wps:wsp>
                            <wps:cNvCnPr/>
                            <wps:spPr bwMode="auto">
                              <a:xfrm>
                                <a:off x="0" y="0"/>
                                <a:ext cx="9429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DBDC449" id="Straight Connector 2"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51.45pt,2.2pt" to="125.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" strokecolor="black [3040]"/>
                  </w:pict>
                </mc:Fallback>
              </mc:AlternateContent>
            </w:r>
          </w:p>
        </w:tc>
        <w:tc>
          <w:tcPr>
            <w:tcW w:w="6034" w:type="dxa"/>
          </w:tcPr>
          <w:p w14:paraId="1E2EFB77" w14:textId="77777777" w:rsidR="00B265AD" w:rsidRPr="00B24EB2" w:rsidRDefault="00B265AD" w:rsidP="00B265AD">
            <w:pPr>
              <w:spacing w:after="0" w:line="240" w:lineRule="auto"/>
              <w:jc w:val="center"/>
              <w:rPr>
                <w:rFonts w:cs="Times New Roman"/>
                <w:b/>
                <w:sz w:val="26"/>
                <w:szCs w:val="26"/>
              </w:rPr>
            </w:pPr>
            <w:r w:rsidRPr="00B24EB2">
              <w:rPr>
                <w:rFonts w:cs="Times New Roman"/>
                <w:b/>
                <w:sz w:val="26"/>
                <w:szCs w:val="26"/>
              </w:rPr>
              <w:t>CỘNG HÒA XÃ HỘI CHỦ NGHĨA VIỆT NAM</w:t>
            </w:r>
          </w:p>
          <w:p w14:paraId="0B71C772" w14:textId="77777777" w:rsidR="00B265AD" w:rsidRPr="00B24EB2" w:rsidRDefault="00B265AD" w:rsidP="00B265AD">
            <w:pPr>
              <w:spacing w:after="0" w:line="240" w:lineRule="auto"/>
              <w:jc w:val="center"/>
              <w:rPr>
                <w:rFonts w:cs="Times New Roman"/>
                <w:spacing w:val="4"/>
                <w:sz w:val="26"/>
                <w:szCs w:val="26"/>
              </w:rPr>
            </w:pPr>
            <w:r w:rsidRPr="00B24EB2">
              <w:rPr>
                <w:rFonts w:cs="Times New Roman"/>
                <w:noProof/>
                <w:spacing w:val="4"/>
                <w:sz w:val="26"/>
                <w:szCs w:val="26"/>
              </w:rPr>
              <mc:AlternateContent>
                <mc:Choice Requires="wps">
                  <w:drawing>
                    <wp:anchor distT="0" distB="0" distL="114300" distR="114300" simplePos="0" relativeHeight="251657216" behindDoc="0" locked="0" layoutInCell="1" allowOverlap="1" wp14:anchorId="5E789FBC" wp14:editId="5494D5DF">
                      <wp:simplePos x="0" y="0"/>
                      <wp:positionH relativeFrom="column">
                        <wp:posOffset>853440</wp:posOffset>
                      </wp:positionH>
                      <wp:positionV relativeFrom="paragraph">
                        <wp:posOffset>237186</wp:posOffset>
                      </wp:positionV>
                      <wp:extent cx="1948069" cy="0"/>
                      <wp:effectExtent l="0" t="0" r="33655" b="19050"/>
                      <wp:wrapNone/>
                      <wp:docPr id="3" name="Straight Connector 3"/>
                      <wp:cNvGraphicFramePr/>
                      <a:graphic xmlns:a="http://schemas.openxmlformats.org/drawingml/2006/main">
                        <a:graphicData uri="http://schemas.microsoft.com/office/word/2010/wordprocessingShape">
                          <wps:wsp>
                            <wps:cNvCnPr/>
                            <wps:spPr bwMode="auto">
                              <a:xfrm>
                                <a:off x="0" y="0"/>
                                <a:ext cx="1948069"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3F53872" id="Straight Connector 3"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2pt,18.7pt" to="220.6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" strokecolor="black [3040]"/>
                  </w:pict>
                </mc:Fallback>
              </mc:AlternateContent>
            </w:r>
            <w:r w:rsidRPr="00B24EB2">
              <w:rPr>
                <w:rFonts w:cs="Times New Roman"/>
                <w:b/>
                <w:spacing w:val="4"/>
                <w:sz w:val="26"/>
                <w:szCs w:val="26"/>
              </w:rPr>
              <w:t xml:space="preserve">Độc lập </w:t>
            </w:r>
            <w:r w:rsidRPr="00B24EB2">
              <w:rPr>
                <w:rFonts w:cs="Times New Roman"/>
                <w:spacing w:val="4"/>
                <w:sz w:val="26"/>
                <w:szCs w:val="26"/>
              </w:rPr>
              <w:t>-</w:t>
            </w:r>
            <w:r w:rsidRPr="00B24EB2">
              <w:rPr>
                <w:rFonts w:cs="Times New Roman"/>
                <w:b/>
                <w:spacing w:val="4"/>
                <w:sz w:val="26"/>
                <w:szCs w:val="26"/>
              </w:rPr>
              <w:t xml:space="preserve"> Tự do </w:t>
            </w:r>
            <w:r w:rsidRPr="00B24EB2">
              <w:rPr>
                <w:rFonts w:cs="Times New Roman"/>
                <w:spacing w:val="4"/>
                <w:sz w:val="26"/>
                <w:szCs w:val="26"/>
              </w:rPr>
              <w:t>-</w:t>
            </w:r>
            <w:r w:rsidRPr="00B24EB2">
              <w:rPr>
                <w:rFonts w:cs="Times New Roman"/>
                <w:b/>
                <w:spacing w:val="4"/>
                <w:sz w:val="26"/>
                <w:szCs w:val="26"/>
              </w:rPr>
              <w:t xml:space="preserve"> Hạnh phúc</w:t>
            </w:r>
          </w:p>
        </w:tc>
      </w:tr>
      <w:tr w:rsidR="00B24EB2" w:rsidRPr="00B24EB2" w14:paraId="533FC06F" w14:textId="77777777" w:rsidTr="00B265AD">
        <w:tc>
          <w:tcPr>
            <w:tcW w:w="3747" w:type="dxa"/>
          </w:tcPr>
          <w:p w14:paraId="558C4806" w14:textId="77777777" w:rsidR="00B265AD" w:rsidRPr="00B24EB2" w:rsidRDefault="00B265AD" w:rsidP="00B265AD">
            <w:pPr>
              <w:spacing w:after="0" w:line="240" w:lineRule="auto"/>
              <w:jc w:val="center"/>
              <w:rPr>
                <w:rFonts w:cs="Times New Roman"/>
                <w:sz w:val="26"/>
                <w:szCs w:val="26"/>
              </w:rPr>
            </w:pPr>
            <w:r w:rsidRPr="00B24EB2">
              <w:rPr>
                <w:rFonts w:cs="Times New Roman"/>
                <w:sz w:val="26"/>
                <w:szCs w:val="26"/>
              </w:rPr>
              <w:t>Số: ……… /TTr-UBND</w:t>
            </w:r>
          </w:p>
          <w:p w14:paraId="01B404B8" w14:textId="77777777" w:rsidR="00B265AD" w:rsidRPr="00B24EB2" w:rsidRDefault="00B265AD" w:rsidP="00B265AD">
            <w:pPr>
              <w:spacing w:after="0" w:line="240" w:lineRule="auto"/>
              <w:jc w:val="center"/>
              <w:rPr>
                <w:rFonts w:cs="Times New Roman"/>
                <w:sz w:val="2"/>
                <w:szCs w:val="26"/>
              </w:rPr>
            </w:pPr>
          </w:p>
          <w:p w14:paraId="7225C7F4" w14:textId="77777777" w:rsidR="00B265AD" w:rsidRPr="00B24EB2" w:rsidRDefault="00B265AD" w:rsidP="00B265AD">
            <w:pPr>
              <w:spacing w:after="0" w:line="240" w:lineRule="auto"/>
              <w:jc w:val="center"/>
              <w:rPr>
                <w:rFonts w:cs="Times New Roman"/>
                <w:b/>
                <w:szCs w:val="26"/>
              </w:rPr>
            </w:pPr>
            <w:r w:rsidRPr="00B24EB2">
              <w:rPr>
                <w:rFonts w:cs="Times New Roman"/>
                <w:noProof/>
                <w:sz w:val="2"/>
                <w:szCs w:val="28"/>
              </w:rPr>
              <mc:AlternateContent>
                <mc:Choice Requires="wps">
                  <w:drawing>
                    <wp:anchor distT="0" distB="0" distL="114300" distR="114300" simplePos="0" relativeHeight="251661312" behindDoc="0" locked="0" layoutInCell="1" allowOverlap="1" wp14:anchorId="6CDDBF66" wp14:editId="1204A1C5">
                      <wp:simplePos x="0" y="0"/>
                      <wp:positionH relativeFrom="column">
                        <wp:posOffset>577215</wp:posOffset>
                      </wp:positionH>
                      <wp:positionV relativeFrom="paragraph">
                        <wp:posOffset>29210</wp:posOffset>
                      </wp:positionV>
                      <wp:extent cx="1123950" cy="318052"/>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1123950" cy="318052"/>
                              </a:xfrm>
                              <a:prstGeom prst="rect">
                                <a:avLst/>
                              </a:prstGeom>
                              <a:solidFill>
                                <a:schemeClr val="lt1"/>
                              </a:solidFill>
                              <a:ln w="6350">
                                <a:solidFill>
                                  <a:prstClr val="black"/>
                                </a:solidFill>
                              </a:ln>
                            </wps:spPr>
                            <wps:txbx>
                              <w:txbxContent>
                                <w:p w14:paraId="6A6CBF54" w14:textId="77777777" w:rsidR="00B265AD" w:rsidRPr="00B265AD" w:rsidRDefault="00B265AD" w:rsidP="00B265AD">
                                  <w:pPr>
                                    <w:jc w:val="center"/>
                                    <w:rPr>
                                      <w:rFonts w:cs="Times New Roman"/>
                                      <w:b/>
                                      <w:szCs w:val="28"/>
                                    </w:rPr>
                                  </w:pPr>
                                  <w:r w:rsidRPr="00B265AD">
                                    <w:rPr>
                                      <w:rFonts w:cs="Times New Roman"/>
                                      <w:b/>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CDDBF66" id="_x0000_t202" coordsize="21600,21600" o:spt="202" path="m,l,21600r21600,l21600,xe">
                      <v:stroke joinstyle="miter"/>
                      <v:path gradientshapeok="t" o:connecttype="rect"/>
                    </v:shapetype>
                    <v:shape id="Text Box 4" o:spid="_x0000_s1026" type="#_x0000_t202" style="position:absolute;left:0;text-align:left;margin-left:45.45pt;margin-top:2.3pt;width:88.5pt;height:25.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" fillcolor="white [3201]" strokeweight=".5pt">
                      <v:textbox>
                        <w:txbxContent>
                          <w:p w14:paraId="6A6CBF54" w14:textId="77777777" w:rsidR="00B265AD" w:rsidRPr="00B265AD" w:rsidRDefault="00B265AD" w:rsidP="00B265AD">
                            <w:pPr>
                              <w:jc w:val="center"/>
                              <w:rPr>
                                <w:rFonts w:cs="Times New Roman"/>
                                <w:b/>
                                <w:szCs w:val="28"/>
                              </w:rPr>
                            </w:pPr>
                            <w:r w:rsidRPr="00B265AD">
                              <w:rPr>
                                <w:rFonts w:cs="Times New Roman"/>
                                <w:b/>
                                <w:szCs w:val="28"/>
                              </w:rPr>
                              <w:t>DỰ THẢO</w:t>
                            </w:r>
                          </w:p>
                        </w:txbxContent>
                      </v:textbox>
                    </v:shape>
                  </w:pict>
                </mc:Fallback>
              </mc:AlternateContent>
            </w:r>
          </w:p>
        </w:tc>
        <w:tc>
          <w:tcPr>
            <w:tcW w:w="6034" w:type="dxa"/>
          </w:tcPr>
          <w:p w14:paraId="2E74D5ED" w14:textId="77777777" w:rsidR="00B265AD" w:rsidRPr="00B24EB2" w:rsidRDefault="00B265AD" w:rsidP="00B265AD">
            <w:pPr>
              <w:spacing w:after="0" w:line="240" w:lineRule="auto"/>
              <w:jc w:val="center"/>
              <w:rPr>
                <w:rFonts w:cs="Times New Roman"/>
                <w:sz w:val="26"/>
                <w:szCs w:val="26"/>
              </w:rPr>
            </w:pPr>
            <w:r w:rsidRPr="00B24EB2">
              <w:rPr>
                <w:rFonts w:cs="Times New Roman"/>
                <w:i/>
                <w:sz w:val="26"/>
                <w:szCs w:val="26"/>
              </w:rPr>
              <w:t>Thành phố Hồ Chí Minh, ngày … tháng … năm 2026</w:t>
            </w:r>
          </w:p>
        </w:tc>
      </w:tr>
    </w:tbl>
    <w:p w14:paraId="4FC64C46" w14:textId="77777777" w:rsidR="00B265AD" w:rsidRPr="00B24EB2" w:rsidRDefault="00B265AD">
      <w:pPr>
        <w:spacing w:after="0"/>
        <w:jc w:val="center"/>
        <w:rPr>
          <w:rFonts w:cs="Times New Roman"/>
          <w:b/>
        </w:rPr>
      </w:pPr>
    </w:p>
    <w:p w14:paraId="0568ED21" w14:textId="77777777" w:rsidR="004336EF" w:rsidRPr="00B24EB2" w:rsidRDefault="002A7C2B" w:rsidP="00B24EB2">
      <w:pPr>
        <w:spacing w:after="0"/>
        <w:jc w:val="center"/>
        <w:rPr>
          <w:rFonts w:cs="Times New Roman"/>
        </w:rPr>
      </w:pPr>
      <w:r w:rsidRPr="00B24EB2">
        <w:rPr>
          <w:rFonts w:cs="Times New Roman"/>
          <w:b/>
        </w:rPr>
        <w:t>TỜ TRÌNH</w:t>
      </w:r>
    </w:p>
    <w:p w14:paraId="255DBA58" w14:textId="230D572C" w:rsidR="004336EF" w:rsidRPr="00B24EB2" w:rsidRDefault="00B24EB2">
      <w:pPr>
        <w:spacing w:after="120"/>
        <w:jc w:val="center"/>
        <w:rPr>
          <w:rFonts w:cs="Times New Roman"/>
        </w:rPr>
      </w:pPr>
      <w:r w:rsidRPr="00B24EB2">
        <w:rPr>
          <w:rFonts w:cs="Times New Roman"/>
          <w:noProof/>
          <w:szCs w:val="28"/>
        </w:rPr>
        <mc:AlternateContent>
          <mc:Choice Requires="wps">
            <w:drawing>
              <wp:anchor distT="0" distB="0" distL="114300" distR="114300" simplePos="0" relativeHeight="251662336" behindDoc="0" locked="0" layoutInCell="1" allowOverlap="1" wp14:anchorId="56BEC3D4" wp14:editId="51D608A0">
                <wp:simplePos x="0" y="0"/>
                <wp:positionH relativeFrom="margin">
                  <wp:align>center</wp:align>
                </wp:positionH>
                <wp:positionV relativeFrom="paragraph">
                  <wp:posOffset>774700</wp:posOffset>
                </wp:positionV>
                <wp:extent cx="1247775" cy="0"/>
                <wp:effectExtent l="0" t="0" r="28575" b="19050"/>
                <wp:wrapNone/>
                <wp:docPr id="1" name="Straight Connector 1"/>
                <wp:cNvGraphicFramePr/>
                <a:graphic xmlns:a="http://schemas.openxmlformats.org/drawingml/2006/main">
                  <a:graphicData uri="http://schemas.microsoft.com/office/word/2010/wordprocessingShape">
                    <wps:wsp>
                      <wps:cNvCnPr/>
                      <wps:spPr bwMode="auto">
                        <a:xfrm>
                          <a:off x="0" y="0"/>
                          <a:ext cx="1247775" cy="0"/>
                        </a:xfrm>
                        <a:prstGeom prst="line">
                          <a:avLst/>
                        </a:prstGeom>
                        <a:noFill/>
                        <a:ln w="9525">
                          <a:solidFill>
                            <a:srgbClr val="000000"/>
                          </a:solidFill>
                          <a:round/>
                        </a:ln>
                      </wps:spPr>
                      <wps:bodyPr/>
                    </wps:wsp>
                  </a:graphicData>
                </a:graphic>
              </wp:anchor>
            </w:drawing>
          </mc:Choice>
          <mc:Fallback>
            <w:pict>
              <v:line w14:anchorId="337B0821" id="Straight Connector 1"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61pt" to="9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">
                <w10:wrap anchorx="margin"/>
              </v:line>
            </w:pict>
          </mc:Fallback>
        </mc:AlternateContent>
      </w:r>
      <w:r w:rsidR="002A7C2B" w:rsidRPr="00B24EB2">
        <w:rPr>
          <w:rFonts w:cs="Times New Roman"/>
          <w:b/>
        </w:rPr>
        <w:t xml:space="preserve">Về </w:t>
      </w:r>
      <w:r w:rsidR="00154207" w:rsidRPr="00B24EB2">
        <w:rPr>
          <w:rFonts w:cs="Times New Roman"/>
          <w:b/>
        </w:rPr>
        <w:t>dự</w:t>
      </w:r>
      <w:r w:rsidR="00154207" w:rsidRPr="00B24EB2">
        <w:rPr>
          <w:rFonts w:cs="Times New Roman"/>
          <w:b/>
          <w:lang w:val="vi-VN"/>
        </w:rPr>
        <w:t xml:space="preserve"> thảo </w:t>
      </w:r>
      <w:r w:rsidR="002A7C2B" w:rsidRPr="00B24EB2">
        <w:rPr>
          <w:rFonts w:cs="Times New Roman"/>
          <w:b/>
        </w:rPr>
        <w:t>Nghị quyết của Hội đồng nhân dân Thành phố quy định mức chi và việc sử dụng kinh phí thực hiện công tác thăm dò, khai quật khảo cổ từ nguồn ngân sách nhà nước trên địa bàn Thành phố Hồ Chí Minh</w:t>
      </w:r>
    </w:p>
    <w:p w14:paraId="17C29405" w14:textId="1329BB1E" w:rsidR="004336EF" w:rsidRPr="00B24EB2" w:rsidRDefault="002A7C2B" w:rsidP="00B265AD">
      <w:pPr>
        <w:spacing w:before="360" w:after="240"/>
        <w:jc w:val="center"/>
        <w:rPr>
          <w:rFonts w:cs="Times New Roman"/>
          <w:lang w:val="vi-VN"/>
        </w:rPr>
      </w:pPr>
      <w:r w:rsidRPr="00B24EB2">
        <w:rPr>
          <w:rFonts w:cs="Times New Roman"/>
        </w:rPr>
        <w:t>Kính gửi: Hội đồng nhân dân Thành phố</w:t>
      </w:r>
    </w:p>
    <w:p w14:paraId="6AEE4D51" w14:textId="77777777" w:rsidR="00255F25" w:rsidRPr="00B24EB2" w:rsidRDefault="00255F25" w:rsidP="00FE5E99">
      <w:pPr>
        <w:spacing w:before="120" w:after="120"/>
        <w:ind w:firstLine="567"/>
        <w:jc w:val="both"/>
        <w:rPr>
          <w:rFonts w:cs="Times New Roman"/>
        </w:rPr>
      </w:pPr>
      <w:r w:rsidRPr="00B24EB2">
        <w:rPr>
          <w:rFonts w:cs="Times New Roman"/>
        </w:rPr>
        <w:t xml:space="preserve">Thực hiện </w:t>
      </w:r>
      <w:r w:rsidRPr="00B24EB2">
        <w:rPr>
          <w:rFonts w:cs="Times New Roman"/>
          <w:lang w:val="vi-VN"/>
        </w:rPr>
        <w:t>quy định của Luật Ban hành văn bản quy phạm pháp luật ngày 19 tháng 02 năm 2025</w:t>
      </w:r>
      <w:r w:rsidRPr="00B24EB2">
        <w:rPr>
          <w:rFonts w:cs="Times New Roman"/>
        </w:rPr>
        <w:t>,</w:t>
      </w:r>
      <w:r w:rsidRPr="00B24EB2">
        <w:rPr>
          <w:rFonts w:cs="Times New Roman"/>
          <w:lang w:val="vi-VN"/>
        </w:rPr>
        <w:t xml:space="preserve"> được sửa đổi, bổ sung một số điều theo Luật số 87/2025/QH15 ngày 25 tháng 6 năm 2025,</w:t>
      </w:r>
    </w:p>
    <w:p w14:paraId="5319095F" w14:textId="77777777" w:rsidR="00FE5E99" w:rsidRPr="00B24EB2" w:rsidRDefault="00FE5E99" w:rsidP="00FE5E99">
      <w:pPr>
        <w:ind w:firstLine="567"/>
        <w:rPr>
          <w:rFonts w:cs="Times New Roman"/>
        </w:rPr>
      </w:pPr>
      <w:r w:rsidRPr="00B24EB2">
        <w:rPr>
          <w:rFonts w:cs="Times New Roman"/>
        </w:rPr>
        <w:t>Căn cứ Luật Ngân sách nhà nước số 89/2025/QH15 ngày 25 tháng 6 năm 2025;</w:t>
      </w:r>
    </w:p>
    <w:p w14:paraId="02895F8D" w14:textId="77777777" w:rsidR="00FE5E99" w:rsidRPr="00B24EB2" w:rsidRDefault="00FE5E99" w:rsidP="00FE5E99">
      <w:pPr>
        <w:ind w:firstLine="567"/>
        <w:rPr>
          <w:rFonts w:cs="Times New Roman"/>
        </w:rPr>
      </w:pPr>
      <w:r w:rsidRPr="00B24EB2">
        <w:rPr>
          <w:rFonts w:cs="Times New Roman"/>
        </w:rPr>
        <w:t>Căn cứ Luật Di sản văn hóa số 45/2024/QH15 ngày 23 tháng 11 năm 2024;</w:t>
      </w:r>
    </w:p>
    <w:p w14:paraId="6B23561F" w14:textId="77777777" w:rsidR="00FE5E99" w:rsidRPr="00B24EB2" w:rsidRDefault="00FE5E99" w:rsidP="00FE5E99">
      <w:pPr>
        <w:ind w:firstLine="567"/>
        <w:rPr>
          <w:rFonts w:cs="Times New Roman"/>
        </w:rPr>
      </w:pPr>
      <w:r w:rsidRPr="00B24EB2">
        <w:rPr>
          <w:rFonts w:cs="Times New Roman"/>
        </w:rPr>
        <w:t>Căn cứ Nghị định số 308/2025/NĐ-CP ngày 28 tháng 11 năm 2025 của Chính phủ quy định chi tiết một số điều và hướng dẫn thi hành Luật Di sản văn hóa;</w:t>
      </w:r>
    </w:p>
    <w:p w14:paraId="45ABE26B" w14:textId="77777777" w:rsidR="004336EF" w:rsidRPr="00B24EB2" w:rsidRDefault="002A7C2B" w:rsidP="00FE5E99">
      <w:pPr>
        <w:spacing w:before="120" w:after="120"/>
        <w:ind w:firstLine="567"/>
        <w:jc w:val="both"/>
        <w:rPr>
          <w:rFonts w:cs="Times New Roman"/>
        </w:rPr>
      </w:pPr>
      <w:r w:rsidRPr="00B24EB2">
        <w:rPr>
          <w:rFonts w:cs="Times New Roman"/>
        </w:rPr>
        <w:t>Căn cứ Thông tư số 67/2019/TT-BTC ngày 23 tháng 9 năm 2019 của Bộ Tài chính quy định nội dung và mức chi thực hiện công tác thăm dò, khai quật khảo cổ từ nguồn ngân sách nhà nước;</w:t>
      </w:r>
    </w:p>
    <w:p w14:paraId="6E19F6B7" w14:textId="77777777" w:rsidR="004336EF" w:rsidRPr="00B24EB2" w:rsidRDefault="002A7C2B" w:rsidP="00DF64BE">
      <w:pPr>
        <w:spacing w:before="120" w:after="120"/>
        <w:ind w:firstLine="567"/>
        <w:jc w:val="both"/>
        <w:rPr>
          <w:rFonts w:cs="Times New Roman"/>
        </w:rPr>
      </w:pPr>
      <w:r w:rsidRPr="00B24EB2">
        <w:rPr>
          <w:rFonts w:cs="Times New Roman"/>
        </w:rPr>
        <w:t>Căn cứ Quyết định số 44/QĐ-HĐND ngày 04 tháng 02 năm 2026 của Hội đồng nhân dân Thành phố ban hành Danh mục văn bản quy định chi tiết và nội dung được giao quy định thuộc thẩm quyền ban hành của Hội đồng nhân dân Thành phố;</w:t>
      </w:r>
    </w:p>
    <w:p w14:paraId="751AAE22" w14:textId="2DB6253B" w:rsidR="004336EF" w:rsidRPr="00B24EB2" w:rsidRDefault="00FE5E99" w:rsidP="00DF64BE">
      <w:pPr>
        <w:spacing w:before="120" w:after="120"/>
        <w:ind w:firstLine="567"/>
        <w:jc w:val="both"/>
        <w:rPr>
          <w:rFonts w:cs="Times New Roman"/>
        </w:rPr>
      </w:pPr>
      <w:r w:rsidRPr="00B24EB2">
        <w:rPr>
          <w:rFonts w:cs="Times New Roman"/>
        </w:rPr>
        <w:t>Ủy ban nhân dân Thành phố kính trình Hội đồng nhân dân Thành phố xem xét, ban hành Nghị quyết của Hội đồng nhân dân Thành phố quy định mức chi và việc sử dụng kinh phí thực hiện công tác thăm dò, khai quật khảo cổ từ nguồn ngân sách nhà nước trên địa bàn Thành phố Hồ Chí Minh, cụ thể như sau:</w:t>
      </w:r>
    </w:p>
    <w:p w14:paraId="1B973EAC" w14:textId="77777777" w:rsidR="004336EF" w:rsidRPr="00B24EB2" w:rsidRDefault="002A7C2B" w:rsidP="00DF64BE">
      <w:pPr>
        <w:spacing w:before="120" w:after="120"/>
        <w:ind w:firstLine="567"/>
        <w:jc w:val="both"/>
        <w:rPr>
          <w:rFonts w:cs="Times New Roman"/>
        </w:rPr>
      </w:pPr>
      <w:r w:rsidRPr="00B24EB2">
        <w:rPr>
          <w:rFonts w:cs="Times New Roman"/>
          <w:b/>
        </w:rPr>
        <w:t>I. SỰ CẦN THIẾT BAN HÀNH NGHỊ QUYẾT</w:t>
      </w:r>
    </w:p>
    <w:p w14:paraId="144C0AC1" w14:textId="77777777" w:rsidR="004336EF" w:rsidRPr="00B24EB2" w:rsidRDefault="002A7C2B" w:rsidP="00DF64BE">
      <w:pPr>
        <w:spacing w:before="120" w:after="120"/>
        <w:ind w:firstLine="567"/>
        <w:jc w:val="both"/>
        <w:rPr>
          <w:rFonts w:cs="Times New Roman"/>
        </w:rPr>
      </w:pPr>
      <w:r w:rsidRPr="00B24EB2">
        <w:rPr>
          <w:rFonts w:cs="Times New Roman"/>
          <w:b/>
        </w:rPr>
        <w:t>1. Cơ sở chính trị, pháp lý</w:t>
      </w:r>
    </w:p>
    <w:p w14:paraId="44453F6B" w14:textId="77777777" w:rsidR="004336EF" w:rsidRPr="00B24EB2" w:rsidRDefault="002A7C2B" w:rsidP="00DF64BE">
      <w:pPr>
        <w:spacing w:before="120" w:after="120"/>
        <w:ind w:firstLine="567"/>
        <w:jc w:val="both"/>
        <w:rPr>
          <w:rFonts w:cs="Times New Roman"/>
        </w:rPr>
      </w:pPr>
      <w:r w:rsidRPr="00B24EB2">
        <w:rPr>
          <w:rFonts w:cs="Times New Roman"/>
        </w:rPr>
        <w:lastRenderedPageBreak/>
        <w:t>Điểm a khoản 1 Điều 21 Luật Ban hành văn bản quy phạm pháp luật số 64/2025/QH15 và khoản 1 Điều 3 Luật sửa đổi, bổ sung một số điều của Luật Ban hành văn bản quy phạm pháp luật số 87/2025/QH15 quy định Hội đồng nhân dân cấp tỉnh ban hành nghị quyết để quy định chi tiết điều, khoản, điểm và các nội dung khác được giao trong văn bản quy phạm pháp luật của cơ quan nhà nước cấp trên.</w:t>
      </w:r>
    </w:p>
    <w:p w14:paraId="2F9EB347" w14:textId="77777777" w:rsidR="004336EF" w:rsidRPr="00B24EB2" w:rsidRDefault="002A7C2B" w:rsidP="00DF64BE">
      <w:pPr>
        <w:spacing w:before="120" w:after="120"/>
        <w:ind w:firstLine="567"/>
        <w:jc w:val="both"/>
        <w:rPr>
          <w:rFonts w:cs="Times New Roman"/>
        </w:rPr>
      </w:pPr>
      <w:r w:rsidRPr="00B24EB2">
        <w:rPr>
          <w:rFonts w:cs="Times New Roman"/>
        </w:rPr>
        <w:t>Điểm b khoản 2 Điều 54 Luật Ban hành văn bản quy phạm pháp luật năm 2025 (được sửa đổi, bổ sung năm 2025) quy định trường hợp nhiều đơn vị hành chính được nhập thành một đơn vị hành chính mới cùng cấp thì văn bản quy phạm pháp luật của Hội đồng nhân dân của đơn vị hành chính được nhập tiếp tục có hiệu lực trong phạm vi đơn vị hành chính đó cho đến khi Hội đồng nhân dân của đơn vị hành chính mới ban hành văn bản hành chính để quyết định việc áp dụng hoặc bãi bỏ văn bản quy phạm pháp luật của Hội đồng nhân dân của đơn vị hành chính được nhập hoặc ban hành văn bản quy phạm pháp luật mới.</w:t>
      </w:r>
    </w:p>
    <w:p w14:paraId="7650889A" w14:textId="77777777" w:rsidR="004336EF" w:rsidRPr="00B24EB2" w:rsidRDefault="002A7C2B" w:rsidP="00DF64BE">
      <w:pPr>
        <w:spacing w:before="120" w:after="120"/>
        <w:ind w:firstLine="567"/>
        <w:jc w:val="both"/>
        <w:rPr>
          <w:rFonts w:cs="Times New Roman"/>
        </w:rPr>
      </w:pPr>
      <w:r w:rsidRPr="00B24EB2">
        <w:rPr>
          <w:rFonts w:cs="Times New Roman"/>
        </w:rPr>
        <w:t>Khoản 2 Điều 6 Thông tư số 67/2019/TT-BTC quy định căn cứ mức chi tại Thông tư này và khả năng cân đối nguồn ngân sách địa phương, Ủy ban nhân dân các tỉnh, thành phố trực thuộc trung ương báo cáo Hội đồng nhân dân cùng cấp quy định mức chi và việc sử dụng kinh phí thực hiện công tác thăm dò, khai quật khảo cổ từ nguồn ngân sách nhà nước phù hợp với tình hình thực tế ở địa phương và bảo đảm theo quy định hiện hành.</w:t>
      </w:r>
    </w:p>
    <w:p w14:paraId="0A9565AC" w14:textId="77777777" w:rsidR="004336EF" w:rsidRPr="00B24EB2" w:rsidRDefault="002A7C2B" w:rsidP="00DF64BE">
      <w:pPr>
        <w:spacing w:before="120" w:after="120"/>
        <w:ind w:firstLine="567"/>
        <w:jc w:val="both"/>
        <w:rPr>
          <w:rFonts w:cs="Times New Roman"/>
        </w:rPr>
      </w:pPr>
      <w:r w:rsidRPr="00B24EB2">
        <w:rPr>
          <w:rFonts w:cs="Times New Roman"/>
        </w:rPr>
        <w:t>Từ các căn cứ nêu trên, việc Ủy ban nhân dân Thành phố trình Hội đồng nhân dân Thành phố xem xét, ban hành Nghị quyết quy định mức chi và việc sử dụng kinh phí thực hiện công tác thăm dò, khai quật khảo cổ từ nguồn ngân sách nhà nước trên địa bàn Thành phố Hồ Chí Minh là có cơ sở pháp lý để thực hiện.</w:t>
      </w:r>
    </w:p>
    <w:p w14:paraId="206A365A" w14:textId="77777777" w:rsidR="00B923B7" w:rsidRPr="00B24EB2" w:rsidRDefault="00B923B7" w:rsidP="00B923B7">
      <w:pPr>
        <w:tabs>
          <w:tab w:val="left" w:pos="851"/>
        </w:tabs>
        <w:spacing w:before="120" w:after="120"/>
        <w:ind w:firstLine="567"/>
        <w:jc w:val="both"/>
        <w:rPr>
          <w:rFonts w:cs="Times New Roman"/>
          <w:b/>
          <w:noProof/>
          <w:szCs w:val="28"/>
          <w:lang w:val="vi-VN"/>
        </w:rPr>
      </w:pPr>
      <w:r w:rsidRPr="00B24EB2">
        <w:rPr>
          <w:rFonts w:cs="Times New Roman"/>
          <w:b/>
          <w:noProof/>
          <w:szCs w:val="28"/>
          <w:lang w:val="vi-VN"/>
        </w:rPr>
        <w:t>2. Cơ sở thực tiễn</w:t>
      </w:r>
      <w:r w:rsidRPr="00B24EB2">
        <w:rPr>
          <w:rFonts w:cs="Times New Roman"/>
          <w:b/>
          <w:noProof/>
          <w:szCs w:val="28"/>
        </w:rPr>
        <w:t xml:space="preserve"> </w:t>
      </w:r>
    </w:p>
    <w:p w14:paraId="25B3DD62" w14:textId="77777777" w:rsidR="00B923B7" w:rsidRPr="00B24EB2" w:rsidRDefault="00B923B7" w:rsidP="00B923B7">
      <w:pPr>
        <w:tabs>
          <w:tab w:val="left" w:pos="851"/>
        </w:tabs>
        <w:spacing w:before="120" w:after="120"/>
        <w:ind w:firstLine="567"/>
        <w:jc w:val="both"/>
        <w:rPr>
          <w:rFonts w:eastAsia="Calibri" w:cs="Times New Roman"/>
          <w:kern w:val="2"/>
          <w:szCs w:val="28"/>
        </w:rPr>
      </w:pPr>
      <w:r w:rsidRPr="00B24EB2">
        <w:rPr>
          <w:rFonts w:cs="Times New Roman"/>
          <w:b/>
          <w:bCs/>
          <w:kern w:val="2"/>
          <w:szCs w:val="28"/>
        </w:rPr>
        <w:t>2.1.</w:t>
      </w:r>
      <w:r w:rsidRPr="00B24EB2">
        <w:rPr>
          <w:rFonts w:cs="Times New Roman"/>
          <w:kern w:val="2"/>
          <w:szCs w:val="28"/>
        </w:rPr>
        <w:t xml:space="preserve"> Căn cứ Nghị quyết số 60-NQ/TW ngày 12 tháng 4 năm 2025 của Hội nghị lần thứ 11 của Ban Chấp hành Trung ương Đảng khóa XIII;</w:t>
      </w:r>
    </w:p>
    <w:p w14:paraId="0040C568" w14:textId="77777777" w:rsidR="00B923B7" w:rsidRPr="00B24EB2" w:rsidRDefault="00B923B7" w:rsidP="00B923B7">
      <w:pPr>
        <w:tabs>
          <w:tab w:val="left" w:pos="851"/>
        </w:tabs>
        <w:spacing w:before="120" w:after="120"/>
        <w:ind w:firstLine="567"/>
        <w:jc w:val="both"/>
        <w:rPr>
          <w:rFonts w:eastAsia="Calibri" w:cs="Times New Roman"/>
          <w:i/>
          <w:spacing w:val="-4"/>
          <w:kern w:val="2"/>
          <w:szCs w:val="28"/>
        </w:rPr>
      </w:pPr>
      <w:r w:rsidRPr="00B24EB2">
        <w:rPr>
          <w:rFonts w:cs="Times New Roman"/>
          <w:b/>
          <w:bCs/>
          <w:spacing w:val="-4"/>
          <w:kern w:val="2"/>
          <w:szCs w:val="28"/>
        </w:rPr>
        <w:t>2.2.</w:t>
      </w:r>
      <w:r w:rsidRPr="00B24EB2">
        <w:rPr>
          <w:rFonts w:cs="Times New Roman"/>
          <w:spacing w:val="-4"/>
          <w:kern w:val="2"/>
          <w:szCs w:val="28"/>
        </w:rPr>
        <w:t xml:space="preserve"> Căn cứ Quyết định số 759/QĐ-TTg ngày 14 tháng 4 năm 2025 của Thủ tướng Chính phủ phê duyệt Đề án sắp xếp, tổ chức lại đơn vị hành chính các cấp và xây dựng mô hình chính quyền địa phương hai cấp; trong đó: </w:t>
      </w:r>
      <w:r w:rsidRPr="00B24EB2">
        <w:rPr>
          <w:rFonts w:cs="Times New Roman"/>
          <w:i/>
          <w:spacing w:val="-4"/>
          <w:kern w:val="2"/>
          <w:szCs w:val="28"/>
        </w:rPr>
        <w:t>“Sáp nhập tỉnh Bà Rịa - Vũng Tàu, tỉnh Bình Dương và Thành phố Hồ Chí Minh thành 01 thành phố trực thuộc trung ương có tên gọi là Thành phố Hồ Chí Minh, trung tâm hành chính - chính trị đặt tại Quận 1, Thành phố Hồ Chí Minh hiện nay (giảm 02 tỉnh).”</w:t>
      </w:r>
    </w:p>
    <w:p w14:paraId="4FE1E13A" w14:textId="77777777" w:rsidR="00B923B7" w:rsidRPr="00B24EB2" w:rsidRDefault="00B923B7" w:rsidP="00B923B7">
      <w:pPr>
        <w:tabs>
          <w:tab w:val="left" w:pos="851"/>
        </w:tabs>
        <w:spacing w:before="120" w:after="120"/>
        <w:ind w:firstLine="567"/>
        <w:jc w:val="both"/>
        <w:rPr>
          <w:rFonts w:eastAsia="Calibri" w:cs="Times New Roman"/>
          <w:kern w:val="2"/>
          <w:szCs w:val="28"/>
        </w:rPr>
      </w:pPr>
      <w:r w:rsidRPr="00B24EB2">
        <w:rPr>
          <w:rFonts w:cs="Times New Roman"/>
          <w:b/>
          <w:bCs/>
          <w:kern w:val="2"/>
          <w:szCs w:val="28"/>
        </w:rPr>
        <w:lastRenderedPageBreak/>
        <w:t xml:space="preserve">2.3. </w:t>
      </w:r>
      <w:r w:rsidRPr="00B24EB2">
        <w:rPr>
          <w:rFonts w:cs="Times New Roman"/>
          <w:kern w:val="2"/>
          <w:szCs w:val="28"/>
        </w:rPr>
        <w:t xml:space="preserve">Căn cứ Nghị quyết số 1685/NQ-UBTVQH15 ngày 16 tháng 6 năm 2025 của Ủy ban Thường vụ Quốc hội về việc sắp xếp các đơn vị hành chính cấp xã của Thành phố Hồ Chí Minh năm 2025: </w:t>
      </w:r>
      <w:r w:rsidRPr="00B24EB2">
        <w:rPr>
          <w:rFonts w:cs="Times New Roman"/>
          <w:i/>
          <w:kern w:val="2"/>
          <w:szCs w:val="28"/>
        </w:rPr>
        <w:t>“Sau khi sắp xếp, Thành phố Hồ Chí Minh có 168 đơn vị hành chính cấp xã, gồm 113 phường, 54 xã và 01 đặc khu; trong đó có 112 phường, 50 xã, 01 đặc khu hình thành sau sắp xếp quy định tại Điều này và 05 đơn vị hành chính cấp xã không thực hiện sắp xếp là phường Thới Hòa, các xã Long Sơn, Hòa Hiệp, Bình Châu, Thạnh An.”</w:t>
      </w:r>
    </w:p>
    <w:p w14:paraId="278A3BA0" w14:textId="77777777" w:rsidR="00B923B7" w:rsidRPr="00B24EB2" w:rsidRDefault="00B923B7" w:rsidP="00B923B7">
      <w:pPr>
        <w:tabs>
          <w:tab w:val="left" w:pos="851"/>
        </w:tabs>
        <w:spacing w:before="120" w:after="120"/>
        <w:ind w:firstLine="567"/>
        <w:jc w:val="both"/>
        <w:rPr>
          <w:rFonts w:eastAsia="Calibri" w:cs="Times New Roman"/>
          <w:kern w:val="2"/>
          <w:szCs w:val="28"/>
        </w:rPr>
      </w:pPr>
      <w:r w:rsidRPr="00B24EB2">
        <w:rPr>
          <w:rFonts w:cs="Times New Roman"/>
          <w:kern w:val="2"/>
          <w:szCs w:val="28"/>
        </w:rPr>
        <w:t xml:space="preserve">Như vậy, kể từ ngày 01 tháng 7 năm 2025, Thành phố Hồ Chí Minh </w:t>
      </w:r>
      <w:r w:rsidRPr="00B24EB2">
        <w:rPr>
          <w:rFonts w:cs="Times New Roman"/>
          <w:i/>
          <w:kern w:val="2"/>
          <w:szCs w:val="28"/>
        </w:rPr>
        <w:t>(mới)</w:t>
      </w:r>
      <w:r w:rsidRPr="00B24EB2">
        <w:rPr>
          <w:rFonts w:cs="Times New Roman"/>
          <w:kern w:val="2"/>
          <w:szCs w:val="28"/>
        </w:rPr>
        <w:t xml:space="preserve"> </w:t>
      </w:r>
      <w:r w:rsidRPr="00B24EB2">
        <w:rPr>
          <w:rFonts w:cs="Times New Roman"/>
          <w:spacing w:val="6"/>
          <w:kern w:val="2"/>
          <w:szCs w:val="28"/>
        </w:rPr>
        <w:t xml:space="preserve">chính thức hoạt động và có sắp xếp điều chỉnh đơn vị hành chính. </w:t>
      </w:r>
      <w:r w:rsidRPr="00B24EB2">
        <w:rPr>
          <w:rFonts w:cs="Times New Roman"/>
          <w:spacing w:val="4"/>
          <w:kern w:val="2"/>
          <w:szCs w:val="28"/>
        </w:rPr>
        <w:t>Trước thời điểm sáp nhập, Hội đồng nhân dân Thành</w:t>
      </w:r>
      <w:r w:rsidRPr="00B24EB2">
        <w:rPr>
          <w:rFonts w:cs="Times New Roman"/>
          <w:spacing w:val="4"/>
          <w:kern w:val="2"/>
          <w:szCs w:val="28"/>
          <w:lang w:val="vi-VN"/>
        </w:rPr>
        <w:t xml:space="preserve"> phố Hồ Chí Minh,</w:t>
      </w:r>
      <w:r w:rsidRPr="00B24EB2">
        <w:rPr>
          <w:rFonts w:cs="Times New Roman"/>
          <w:spacing w:val="4"/>
          <w:kern w:val="2"/>
          <w:szCs w:val="28"/>
        </w:rPr>
        <w:t xml:space="preserve"> Hội đồng nhân dân</w:t>
      </w:r>
      <w:r w:rsidRPr="00B24EB2">
        <w:rPr>
          <w:rFonts w:cs="Times New Roman"/>
          <w:spacing w:val="4"/>
          <w:kern w:val="2"/>
          <w:szCs w:val="28"/>
          <w:lang w:val="vi-VN"/>
        </w:rPr>
        <w:t xml:space="preserve"> </w:t>
      </w:r>
      <w:r w:rsidRPr="00B24EB2">
        <w:rPr>
          <w:rFonts w:cs="Times New Roman"/>
          <w:spacing w:val="-2"/>
          <w:kern w:val="2"/>
          <w:szCs w:val="28"/>
        </w:rPr>
        <w:t xml:space="preserve">tỉnh Bình Dương và Hội đồng nhân dân tỉnh Bà Rịa - Vũng Tàu </w:t>
      </w:r>
      <w:r w:rsidRPr="00B24EB2">
        <w:rPr>
          <w:rFonts w:cs="Times New Roman"/>
          <w:spacing w:val="-4"/>
          <w:kern w:val="2"/>
          <w:szCs w:val="28"/>
        </w:rPr>
        <w:t xml:space="preserve">đã ban hành </w:t>
      </w:r>
      <w:r w:rsidRPr="00B24EB2">
        <w:rPr>
          <w:rFonts w:cs="Times New Roman"/>
          <w:szCs w:val="28"/>
        </w:rPr>
        <w:t xml:space="preserve">Nghị quyết quy định </w:t>
      </w:r>
      <w:r w:rsidRPr="00B24EB2">
        <w:rPr>
          <w:rFonts w:cs="Times New Roman"/>
          <w:szCs w:val="28"/>
          <w:lang w:val="vi-VN"/>
        </w:rPr>
        <w:t>mức chi và việc sử dụng kinh phí thực hiện công tác thăm dò, khai quật khảo cổ từ nguồn ngân sách nhà nước</w:t>
      </w:r>
      <w:r w:rsidRPr="00B24EB2">
        <w:rPr>
          <w:rFonts w:cs="Times New Roman"/>
          <w:spacing w:val="-4"/>
          <w:kern w:val="2"/>
          <w:szCs w:val="28"/>
        </w:rPr>
        <w:t xml:space="preserve">, </w:t>
      </w:r>
      <w:r w:rsidRPr="00B24EB2">
        <w:rPr>
          <w:rFonts w:cs="Times New Roman"/>
          <w:kern w:val="2"/>
          <w:szCs w:val="28"/>
        </w:rPr>
        <w:t>cụ thể như sau:</w:t>
      </w:r>
    </w:p>
    <w:p w14:paraId="7D1E2AE9" w14:textId="77777777" w:rsidR="00B923B7" w:rsidRPr="00B24EB2" w:rsidRDefault="00B923B7" w:rsidP="00B923B7">
      <w:pPr>
        <w:widowControl w:val="0"/>
        <w:tabs>
          <w:tab w:val="left" w:pos="851"/>
        </w:tabs>
        <w:spacing w:before="120" w:after="120"/>
        <w:ind w:firstLine="567"/>
        <w:jc w:val="both"/>
        <w:rPr>
          <w:rFonts w:cs="Times New Roman"/>
          <w:szCs w:val="28"/>
        </w:rPr>
      </w:pPr>
      <w:r w:rsidRPr="00B24EB2">
        <w:rPr>
          <w:rFonts w:cs="Times New Roman"/>
          <w:spacing w:val="4"/>
          <w:szCs w:val="28"/>
        </w:rPr>
        <w:t xml:space="preserve">a) </w:t>
      </w:r>
      <w:r w:rsidRPr="00B24EB2">
        <w:rPr>
          <w:rFonts w:cs="Times New Roman"/>
          <w:szCs w:val="28"/>
          <w:lang w:val="vi-VN"/>
        </w:rPr>
        <w:t>Nghị quyết số 10/2021/NQ-HĐND ngày 25 tháng 6 năm 2021 của Hội đồng nhân dân Thành phố Hồ Chí Minh quy định về mức chi và việc sử dụng kinh phí thực hiện công tác thăm dò, khai quật khảo cổ từ nguồn ngân sách nhà nước trên địa bàn Thành phố Hồ Chí Minh</w:t>
      </w:r>
      <w:r w:rsidRPr="00B24EB2">
        <w:rPr>
          <w:rFonts w:cs="Times New Roman"/>
          <w:szCs w:val="28"/>
        </w:rPr>
        <w:t>;</w:t>
      </w:r>
    </w:p>
    <w:p w14:paraId="096118EB" w14:textId="77777777" w:rsidR="00B923B7" w:rsidRPr="00B24EB2" w:rsidRDefault="00B923B7" w:rsidP="00B923B7">
      <w:pPr>
        <w:shd w:val="clear" w:color="auto" w:fill="FFFFFF"/>
        <w:tabs>
          <w:tab w:val="left" w:pos="851"/>
        </w:tabs>
        <w:spacing w:before="120" w:after="120"/>
        <w:ind w:firstLine="567"/>
        <w:jc w:val="both"/>
        <w:rPr>
          <w:rFonts w:cs="Times New Roman"/>
          <w:szCs w:val="28"/>
        </w:rPr>
      </w:pPr>
      <w:r w:rsidRPr="00B24EB2">
        <w:rPr>
          <w:rFonts w:cs="Times New Roman"/>
          <w:bCs/>
          <w:spacing w:val="-2"/>
          <w:szCs w:val="28"/>
        </w:rPr>
        <w:t xml:space="preserve">b) </w:t>
      </w:r>
      <w:r w:rsidRPr="00B24EB2">
        <w:rPr>
          <w:rFonts w:cs="Times New Roman"/>
          <w:szCs w:val="28"/>
        </w:rPr>
        <w:t>Nghị quyết số 04/2020/NQ-HĐND ngày 20 tháng 7 năm 2020 của Hội đồng nhân dân tỉnh Bình Dương quy định mức chi và việc sử dụng kinh phí thực hiện công tác thăm dò, khai quật khảo cổ từ nguồn ngân sách nhà nước trên địa bàn tỉnh Bình Dương;</w:t>
      </w:r>
    </w:p>
    <w:p w14:paraId="6D05B4FA" w14:textId="77777777" w:rsidR="00B923B7" w:rsidRPr="00B24EB2" w:rsidRDefault="00B923B7" w:rsidP="00B923B7">
      <w:pPr>
        <w:shd w:val="clear" w:color="auto" w:fill="FFFFFF"/>
        <w:tabs>
          <w:tab w:val="left" w:pos="851"/>
        </w:tabs>
        <w:spacing w:before="120" w:after="120"/>
        <w:ind w:firstLine="567"/>
        <w:jc w:val="both"/>
        <w:rPr>
          <w:rFonts w:cs="Times New Roman"/>
          <w:szCs w:val="28"/>
        </w:rPr>
      </w:pPr>
      <w:r w:rsidRPr="00B24EB2">
        <w:rPr>
          <w:rFonts w:cs="Times New Roman"/>
          <w:szCs w:val="28"/>
        </w:rPr>
        <w:t>c</w:t>
      </w:r>
      <w:r w:rsidRPr="00B24EB2">
        <w:rPr>
          <w:rFonts w:cs="Times New Roman"/>
          <w:szCs w:val="28"/>
          <w:lang w:val="vi-VN"/>
        </w:rPr>
        <w:t xml:space="preserve">) </w:t>
      </w:r>
      <w:r w:rsidRPr="00B24EB2">
        <w:rPr>
          <w:rFonts w:cs="Times New Roman"/>
          <w:szCs w:val="28"/>
        </w:rPr>
        <w:t>Nghị quyết số 13/2020/NQ-HĐND ngày 13 tháng 12 năm 2020 của Hội đồng nhân dân tỉnh Bà Rịa – Vũng Tàu quy định mức chi và việc sử dụng kinh phí thực hiện công tác thăm dò, khai quật khảo cổ từ nguồn ngân sách nhà nước trên địa bàn tỉnh Bà Rịa – Vũng Tàu.</w:t>
      </w:r>
    </w:p>
    <w:p w14:paraId="0EFCD136" w14:textId="25A840EE" w:rsidR="00B923B7" w:rsidRPr="00B24EB2" w:rsidRDefault="00B24EB2" w:rsidP="00B923B7">
      <w:pPr>
        <w:shd w:val="clear" w:color="auto" w:fill="FFFFFF"/>
        <w:tabs>
          <w:tab w:val="left" w:pos="851"/>
        </w:tabs>
        <w:spacing w:before="120" w:after="120"/>
        <w:ind w:firstLine="567"/>
        <w:jc w:val="both"/>
        <w:rPr>
          <w:rFonts w:cs="Times New Roman"/>
          <w:szCs w:val="28"/>
        </w:rPr>
      </w:pPr>
      <w:r w:rsidRPr="00B24EB2">
        <w:rPr>
          <w:rFonts w:cs="Times New Roman"/>
          <w:szCs w:val="28"/>
        </w:rPr>
        <w:t>Hiện nay, trên địa bàn Thành phố Hồ Chí Minh có nhiều địa điểm khảo cổ, di tích khảo cổ đang được nghiên cứu, lập hồ sơ, bảo vệ, quản lý và phát huy giá trị, như: Di tích khảo cổ “Vòng thành Đá Trắng” tại xã Hồ Tràm; Di tích khảo cổ quốc gia “Giồng Cá Vồ” tại xã Cần Giờ; “Di tích khảo cổ Cù Lao Rùa” tại phường Tân Khánh; “Di tích khảo cổ Dốc Chùa” tại phường Tân Uyên, Thành phố Hồ Chí Minh...</w:t>
      </w:r>
      <w:r w:rsidR="00B923B7" w:rsidRPr="00B24EB2">
        <w:rPr>
          <w:rFonts w:cs="Times New Roman"/>
          <w:szCs w:val="28"/>
        </w:rPr>
        <w:t xml:space="preserve"> Tuy nhiên, sau khi thực hiện sắp xếp đơn vị hành chính, việc áp dụng các quy định về mức chi và sử dụng kinh phí cho hoạt động thăm dò, khai quật khảo cổ vẫn còn </w:t>
      </w:r>
      <w:r w:rsidR="00B923B7" w:rsidRPr="00B24EB2">
        <w:rPr>
          <w:rFonts w:cs="Times New Roman"/>
          <w:szCs w:val="28"/>
        </w:rPr>
        <w:lastRenderedPageBreak/>
        <w:t>phân tán theo các nghị quyết do từng địa phương trước đây ban hành, dẫn đến sự thiếu thống nhất trong quá trình tổ chức thực hiện.</w:t>
      </w:r>
    </w:p>
    <w:p w14:paraId="13F2B7CC" w14:textId="77777777" w:rsidR="00B923B7" w:rsidRPr="00B24EB2" w:rsidRDefault="00B923B7" w:rsidP="00B923B7">
      <w:pPr>
        <w:shd w:val="clear" w:color="auto" w:fill="FFFFFF"/>
        <w:tabs>
          <w:tab w:val="left" w:pos="851"/>
        </w:tabs>
        <w:spacing w:before="120" w:after="120"/>
        <w:ind w:firstLine="567"/>
        <w:jc w:val="both"/>
        <w:rPr>
          <w:rFonts w:cs="Times New Roman"/>
          <w:szCs w:val="28"/>
        </w:rPr>
      </w:pPr>
      <w:r w:rsidRPr="00B24EB2">
        <w:rPr>
          <w:rFonts w:cs="Times New Roman"/>
          <w:szCs w:val="28"/>
        </w:rPr>
        <w:t>Thực tiễn cho thấy, cùng một nội dung chi nhưng mức chi, định mức áp dụng, hồ sơ thanh quyết toán và cơ chế quản lý kinh phí giữa các địa phương trước khi sáp nhập còn có sự khác biệt nhất định. Điều này gây khó khăn cho các cơ quan, đơn vị trong việc lập dự toán, phân bổ, quản lý, sử dụng và thanh quyết toán kinh phí từ ngân sách nhà nước; đồng thời ảnh hưởng đến tiến độ triển khai các hoạt động chuyên môn, nhất là đối với các dự án, công trình liên vùng hoặc được triển khai trên địa bàn thuộc phạm vi quản lý của các đơn vị hành chính trước đây.</w:t>
      </w:r>
    </w:p>
    <w:p w14:paraId="6181C2E8" w14:textId="77777777" w:rsidR="00B923B7" w:rsidRPr="00B24EB2" w:rsidRDefault="00B923B7" w:rsidP="00B923B7">
      <w:pPr>
        <w:shd w:val="clear" w:color="auto" w:fill="FFFFFF"/>
        <w:tabs>
          <w:tab w:val="left" w:pos="851"/>
        </w:tabs>
        <w:spacing w:before="120" w:after="120"/>
        <w:ind w:firstLine="567"/>
        <w:jc w:val="both"/>
        <w:rPr>
          <w:rFonts w:cs="Times New Roman"/>
          <w:szCs w:val="28"/>
        </w:rPr>
      </w:pPr>
      <w:r w:rsidRPr="00B24EB2">
        <w:rPr>
          <w:rFonts w:cs="Times New Roman"/>
          <w:szCs w:val="28"/>
        </w:rPr>
        <w:t>Bên cạnh đó, việc tồn tại đồng thời nhiều quy định khác nhau cũng làm phát sinh khó khăn trong công tác hướng dẫn, kiểm tra, giám sát và tổ chức thực hiện của cơ quan quản lý nhà nước; chưa bảo đảm tính đồng bộ, thống nhất trong áp dụng pháp luật và chưa đáp ứng yêu cầu quản lý nhà nước theo mô hình chính quyền địa phương mới sau sắp xếp. Trong bối cảnh Thành phố Hồ Chí Minh đang đẩy mạnh đầu tư phát triển hạ tầng, chỉnh trang đô thị và bảo tồn, phát huy giá trị di sản văn hóa, yêu cầu xây dựng một cơ chế thống nhất về mức chi và sử dụng kinh phí cho công tác thăm dò, khai quật khảo cổ là hết sức cần thiết và cấp bách.</w:t>
      </w:r>
    </w:p>
    <w:p w14:paraId="4A1F2828" w14:textId="77777777" w:rsidR="00B923B7" w:rsidRPr="00B24EB2" w:rsidRDefault="00B923B7" w:rsidP="00B923B7">
      <w:pPr>
        <w:spacing w:before="120" w:after="120"/>
        <w:ind w:firstLine="567"/>
        <w:jc w:val="both"/>
        <w:rPr>
          <w:rFonts w:cs="Times New Roman"/>
          <w:szCs w:val="28"/>
        </w:rPr>
      </w:pPr>
      <w:r w:rsidRPr="00B24EB2">
        <w:rPr>
          <w:rFonts w:cs="Times New Roman"/>
          <w:kern w:val="2"/>
          <w:szCs w:val="28"/>
        </w:rPr>
        <w:t xml:space="preserve">Do đó, việc ban hành Nghị quyết quy định thống nhất </w:t>
      </w:r>
      <w:r w:rsidRPr="00B24EB2">
        <w:rPr>
          <w:rFonts w:cs="Times New Roman"/>
          <w:szCs w:val="28"/>
        </w:rPr>
        <w:t>mức chi và việc sử dụng kinh phí thực hiện công tác thăm dò, khai quật khảo cổ từ nguồn ngân sách nhà nước trên địa bàn</w:t>
      </w:r>
      <w:r w:rsidRPr="00B24EB2">
        <w:rPr>
          <w:rFonts w:cs="Times New Roman"/>
          <w:szCs w:val="28"/>
          <w:lang w:val="vi-VN"/>
        </w:rPr>
        <w:t xml:space="preserve"> Thành phố Hồ Chí Minh </w:t>
      </w:r>
      <w:r w:rsidRPr="00B24EB2">
        <w:rPr>
          <w:rFonts w:cs="Times New Roman"/>
          <w:kern w:val="2"/>
          <w:szCs w:val="28"/>
        </w:rPr>
        <w:t xml:space="preserve">(sau sắp xếp) là yêu cầu khách quan, cần thiết nhằm tạo hành lang pháp lý đồng bộ, bảo đảm công khai, minh bạch, tiết kiệm và phù hợp với điều kiện thực tiễn kinh tế - xã hội của Thành phố Hồ Chí Minh sau sắp xếp, trên cơ sở kế thừa những điểm nổi bật của các Nghị quyết đã được thực hiện trước đó là phù hợp và đảm bảo cơ sở chính trị, cơ sở </w:t>
      </w:r>
      <w:r w:rsidRPr="00B24EB2">
        <w:rPr>
          <w:rFonts w:cs="Times New Roman"/>
          <w:szCs w:val="28"/>
        </w:rPr>
        <w:t>thực tiễn.</w:t>
      </w:r>
    </w:p>
    <w:p w14:paraId="28545342" w14:textId="77777777" w:rsidR="004336EF" w:rsidRPr="00B24EB2" w:rsidRDefault="002A7C2B" w:rsidP="00B923B7">
      <w:pPr>
        <w:spacing w:before="120" w:after="120"/>
        <w:ind w:firstLine="567"/>
        <w:jc w:val="both"/>
        <w:rPr>
          <w:rFonts w:cs="Times New Roman"/>
        </w:rPr>
      </w:pPr>
      <w:r w:rsidRPr="00B24EB2">
        <w:rPr>
          <w:rFonts w:cs="Times New Roman"/>
          <w:b/>
        </w:rPr>
        <w:t xml:space="preserve">3. </w:t>
      </w:r>
      <w:r w:rsidR="009603CC" w:rsidRPr="00B24EB2">
        <w:rPr>
          <w:rFonts w:cs="Times New Roman"/>
          <w:b/>
          <w:bCs/>
          <w:szCs w:val="28"/>
          <w:shd w:val="clear" w:color="auto" w:fill="FFFFFF"/>
        </w:rPr>
        <w:t>Cơ sở đề xuất ban hành Nghị quyết</w:t>
      </w:r>
    </w:p>
    <w:p w14:paraId="460AE4D1" w14:textId="77777777" w:rsidR="009603CC" w:rsidRPr="00B24EB2" w:rsidRDefault="009603CC" w:rsidP="009603CC">
      <w:pPr>
        <w:pStyle w:val="NormalWeb"/>
        <w:shd w:val="clear" w:color="auto" w:fill="FFFFFF"/>
        <w:spacing w:before="0" w:beforeAutospacing="0" w:after="0" w:afterAutospacing="0"/>
        <w:ind w:firstLine="567"/>
        <w:jc w:val="both"/>
        <w:rPr>
          <w:sz w:val="28"/>
          <w:szCs w:val="28"/>
        </w:rPr>
      </w:pPr>
      <w:r w:rsidRPr="00B24EB2">
        <w:rPr>
          <w:sz w:val="28"/>
          <w:szCs w:val="28"/>
        </w:rPr>
        <w:t>Từ các cơ sở chính trị, pháp lý và thực tiễn nêu trên, Ủy ban nhân dân Thành phố nhận thấy việc ban hành Nghị quyết mới của Hội đồng nhân dân Thành phố quy định mức chi và việc sử dụng kinh phí thực hiện công tác thăm dò, khai quật khảo cổ từ nguồn ngân sách nhà nước trên địa bàn Thành phố Hồ Chí Minh là cần thiết, phù hợp với thẩm quyền được giao tại khoản 2 Điều 6 Thông tư số 67/2019/TT-BTC.</w:t>
      </w:r>
    </w:p>
    <w:p w14:paraId="2AF8F799" w14:textId="77777777" w:rsidR="009603CC" w:rsidRPr="00B24EB2" w:rsidRDefault="009603CC" w:rsidP="009603CC">
      <w:pPr>
        <w:pStyle w:val="NormalWeb"/>
        <w:shd w:val="clear" w:color="auto" w:fill="FFFFFF"/>
        <w:spacing w:before="0" w:beforeAutospacing="0" w:after="0" w:afterAutospacing="0"/>
        <w:ind w:firstLine="567"/>
        <w:jc w:val="both"/>
        <w:rPr>
          <w:sz w:val="28"/>
          <w:szCs w:val="28"/>
        </w:rPr>
      </w:pPr>
      <w:r w:rsidRPr="00B24EB2">
        <w:rPr>
          <w:sz w:val="28"/>
          <w:szCs w:val="28"/>
        </w:rPr>
        <w:t xml:space="preserve">Dự thảo Nghị quyết được xây dựng trên cơ sở quy định, định mức tại Thông tư số 67/2019/TT-BTC; đồng thời kế thừa các nội dung chi, mức chi còn phù hợp đã được Hội đồng nhân dân Thành phố Hồ Chí Minh, Hội đồng nhân dân tỉnh Bình </w:t>
      </w:r>
      <w:r w:rsidRPr="00B24EB2">
        <w:rPr>
          <w:sz w:val="28"/>
          <w:szCs w:val="28"/>
        </w:rPr>
        <w:lastRenderedPageBreak/>
        <w:t>Dương và Hội đồng nhân dân tỉnh Bà Rịa - Vũng Tàu ban hành trước thời điểm sắp xếp đơn vị hành chính.</w:t>
      </w:r>
    </w:p>
    <w:p w14:paraId="2C3F81F9" w14:textId="77777777" w:rsidR="009603CC" w:rsidRPr="00B24EB2" w:rsidRDefault="009603CC" w:rsidP="009603CC">
      <w:pPr>
        <w:pStyle w:val="NormalWeb"/>
        <w:shd w:val="clear" w:color="auto" w:fill="FFFFFF"/>
        <w:spacing w:before="0" w:beforeAutospacing="0" w:after="0" w:afterAutospacing="0"/>
        <w:ind w:firstLine="567"/>
        <w:jc w:val="both"/>
        <w:rPr>
          <w:sz w:val="28"/>
          <w:szCs w:val="28"/>
        </w:rPr>
      </w:pPr>
      <w:r w:rsidRPr="00B24EB2">
        <w:rPr>
          <w:sz w:val="28"/>
          <w:szCs w:val="28"/>
        </w:rPr>
        <w:t>Việc ban hành Nghị quyết mới nhằm tạo cơ sở pháp lý thống nhất, đồng bộ và trực tiếp áp dụng trên toàn địa bàn Thành phố Hồ Chí Minh sau sắp xếp; khắc phục tình trạng cùng một nội dung chi nhưng đang được điều chỉnh bởi nhiều nghị quyết có phạm vi áp dụng khác nhau; đồng thời xử lý rõ hiệu lực của các nghị quyết trước đây để thuận lợi trong tổ chức thực hiện.</w:t>
      </w:r>
    </w:p>
    <w:p w14:paraId="1B69FBAF" w14:textId="77777777" w:rsidR="009603CC" w:rsidRPr="00B24EB2" w:rsidRDefault="009603CC" w:rsidP="009603CC">
      <w:pPr>
        <w:pStyle w:val="NormalWeb"/>
        <w:shd w:val="clear" w:color="auto" w:fill="FFFFFF"/>
        <w:spacing w:before="0" w:beforeAutospacing="0" w:after="0" w:afterAutospacing="0"/>
        <w:ind w:firstLine="567"/>
        <w:jc w:val="both"/>
        <w:rPr>
          <w:sz w:val="28"/>
          <w:szCs w:val="28"/>
        </w:rPr>
      </w:pPr>
      <w:r w:rsidRPr="00B24EB2">
        <w:rPr>
          <w:sz w:val="28"/>
          <w:szCs w:val="28"/>
        </w:rPr>
        <w:t>Nội dung dự thảo Nghị quyết không đặt ra chính sách chi mới ngoài phạm vi quy định tại Thông tư số 67/2019/TT-BTC, mà tập trung chuẩn hóa phạm vi điều chỉnh, đối tượng áp dụng, mức chi, nguồn kinh phí, trách nhiệm tổ chức thực hiện và điều khoản thi hành cho phù hợp với địa giới hành chính, mô hình chính quyền địa phương và yêu cầu quản lý nhà nước hiện nay của Thành phố.</w:t>
      </w:r>
    </w:p>
    <w:p w14:paraId="4BE93454" w14:textId="77777777" w:rsidR="009603CC" w:rsidRPr="00B24EB2" w:rsidRDefault="009603CC" w:rsidP="009603CC">
      <w:pPr>
        <w:pStyle w:val="NormalWeb"/>
        <w:shd w:val="clear" w:color="auto" w:fill="FFFFFF"/>
        <w:spacing w:before="0" w:beforeAutospacing="0" w:after="0" w:afterAutospacing="0"/>
        <w:ind w:firstLine="567"/>
        <w:jc w:val="both"/>
        <w:rPr>
          <w:sz w:val="28"/>
          <w:szCs w:val="28"/>
        </w:rPr>
      </w:pPr>
      <w:r w:rsidRPr="00B24EB2">
        <w:rPr>
          <w:sz w:val="28"/>
          <w:szCs w:val="28"/>
        </w:rPr>
        <w:t>Trên cơ sở đó, Ủy ban nhân dân Thành phố kính trình Hội đồng nhân dân Thành phố xem xét, ban hành Nghị quyết của Hội đồng nhân dân Thành phố quy định mức chi và việc sử dụng kinh phí thực hiện công tác thăm dò, khai quật khảo cổ từ nguồn ngân sách nhà nước trên địa bàn Thành phố Hồ Chí Minh.</w:t>
      </w:r>
    </w:p>
    <w:p w14:paraId="4C89467E" w14:textId="77777777" w:rsidR="004336EF" w:rsidRPr="00B24EB2" w:rsidRDefault="002A7C2B" w:rsidP="00DF64BE">
      <w:pPr>
        <w:spacing w:before="120" w:after="120"/>
        <w:ind w:firstLine="567"/>
        <w:jc w:val="both"/>
        <w:rPr>
          <w:rFonts w:cs="Times New Roman"/>
        </w:rPr>
      </w:pPr>
      <w:r w:rsidRPr="00B24EB2">
        <w:rPr>
          <w:rFonts w:cs="Times New Roman"/>
          <w:b/>
        </w:rPr>
        <w:t>II. MỤC ĐÍCH BAN HÀNH, QUAN ĐIỂM XÂY DỰNG NGHỊ QUYẾT</w:t>
      </w:r>
    </w:p>
    <w:p w14:paraId="496230A8" w14:textId="77777777" w:rsidR="004336EF" w:rsidRPr="00B24EB2" w:rsidRDefault="002A7C2B" w:rsidP="00DF64BE">
      <w:pPr>
        <w:spacing w:before="120" w:after="120"/>
        <w:ind w:firstLine="567"/>
        <w:jc w:val="both"/>
        <w:rPr>
          <w:rFonts w:cs="Times New Roman"/>
        </w:rPr>
      </w:pPr>
      <w:r w:rsidRPr="00B24EB2">
        <w:rPr>
          <w:rFonts w:cs="Times New Roman"/>
          <w:b/>
        </w:rPr>
        <w:t>1. Mục đích ban hành</w:t>
      </w:r>
    </w:p>
    <w:p w14:paraId="56F1718D" w14:textId="77777777" w:rsidR="004336EF" w:rsidRPr="00B24EB2" w:rsidRDefault="002A7C2B" w:rsidP="00DF64BE">
      <w:pPr>
        <w:spacing w:before="120" w:after="120"/>
        <w:ind w:firstLine="567"/>
        <w:jc w:val="both"/>
        <w:rPr>
          <w:rFonts w:cs="Times New Roman"/>
        </w:rPr>
      </w:pPr>
      <w:r w:rsidRPr="00B24EB2">
        <w:rPr>
          <w:rFonts w:cs="Times New Roman"/>
        </w:rPr>
        <w:t>Nghị quyết mới được ban hành trên cơ sở quy định, định mức tại Thông tư số 67/2019/TT-BTC, thay thế các quy định hiện hành đang được áp dụng tại 03 đơn vị hành chính cấp tỉnh trước đây, bảo đảm triển khai đồng bộ, thống nhất trên địa bàn Thành phố Hồ Chí Minh sau sắp xếp đơn vị hành chính, phù hợp với địa giới hành chính mới và đáp ứng yêu cầu thực tiễn đối với công tác thăm dò, khai quật khảo cổ trên toàn địa bàn Thành phố.</w:t>
      </w:r>
    </w:p>
    <w:p w14:paraId="079E03DF" w14:textId="77777777" w:rsidR="004336EF" w:rsidRPr="00B24EB2" w:rsidRDefault="002A7C2B" w:rsidP="00DF64BE">
      <w:pPr>
        <w:spacing w:before="120" w:after="120"/>
        <w:ind w:firstLine="567"/>
        <w:jc w:val="both"/>
        <w:rPr>
          <w:rFonts w:cs="Times New Roman"/>
        </w:rPr>
      </w:pPr>
      <w:r w:rsidRPr="00B24EB2">
        <w:rPr>
          <w:rFonts w:cs="Times New Roman"/>
          <w:b/>
        </w:rPr>
        <w:t>2. Quan điểm xây dựng</w:t>
      </w:r>
    </w:p>
    <w:p w14:paraId="540726BA" w14:textId="77777777" w:rsidR="004336EF" w:rsidRPr="00B24EB2" w:rsidRDefault="002A7C2B" w:rsidP="00DF64BE">
      <w:pPr>
        <w:spacing w:before="120" w:after="120"/>
        <w:ind w:firstLine="567"/>
        <w:jc w:val="both"/>
        <w:rPr>
          <w:rFonts w:cs="Times New Roman"/>
        </w:rPr>
      </w:pPr>
      <w:r w:rsidRPr="00B24EB2">
        <w:rPr>
          <w:rFonts w:cs="Times New Roman"/>
        </w:rPr>
        <w:t>Dự thảo Nghị quyết được xây dựng theo hướng kế thừa có chọn lọc các quy định hiện hành, nhất là các nội dung chi, mức chi đã được thực hiện ổn định tại các địa phương trước sắp xếp; bảo đảm phù hợp điều kiện thực tiễn của Thành phố, khả năng cân đối ngân sách địa phương và yêu cầu quản lý, bảo tồn, phát huy giá trị di sản văn hóa.</w:t>
      </w:r>
    </w:p>
    <w:p w14:paraId="3165878F" w14:textId="77777777" w:rsidR="004336EF" w:rsidRPr="00B24EB2" w:rsidRDefault="002A7C2B" w:rsidP="00DF64BE">
      <w:pPr>
        <w:spacing w:before="120" w:after="120"/>
        <w:ind w:firstLine="567"/>
        <w:jc w:val="both"/>
        <w:rPr>
          <w:rFonts w:cs="Times New Roman"/>
        </w:rPr>
      </w:pPr>
      <w:r w:rsidRPr="00B24EB2">
        <w:rPr>
          <w:rFonts w:cs="Times New Roman"/>
        </w:rPr>
        <w:t>Việc xây dựng và ban hành Nghị quyết bảo đảm tuân thủ quy định của Luật Ban hành văn bản quy phạm pháp luật và các văn bản có liên quan; bảo đảm tính hợp pháp, tính cần thiết, tính thống nhất trong hệ thống pháp luật và tính khả thi trong tổ chức thực hiện.</w:t>
      </w:r>
    </w:p>
    <w:p w14:paraId="1F0E588F" w14:textId="77777777" w:rsidR="00154207" w:rsidRPr="00B24EB2" w:rsidRDefault="002A7C2B" w:rsidP="00154207">
      <w:pPr>
        <w:tabs>
          <w:tab w:val="left" w:pos="1134"/>
        </w:tabs>
        <w:spacing w:before="120" w:after="120"/>
        <w:ind w:firstLine="567"/>
        <w:jc w:val="both"/>
        <w:rPr>
          <w:rFonts w:cs="Times New Roman"/>
          <w:b/>
          <w:lang w:val="vi-VN"/>
        </w:rPr>
      </w:pPr>
      <w:r w:rsidRPr="00B24EB2">
        <w:rPr>
          <w:rFonts w:cs="Times New Roman"/>
          <w:b/>
        </w:rPr>
        <w:t xml:space="preserve">III. </w:t>
      </w:r>
      <w:r w:rsidR="00154207" w:rsidRPr="00B24EB2">
        <w:rPr>
          <w:rFonts w:cs="Times New Roman"/>
          <w:b/>
          <w:lang w:val="vi-VN"/>
        </w:rPr>
        <w:t xml:space="preserve"> </w:t>
      </w:r>
      <w:r w:rsidR="00154207" w:rsidRPr="00B24EB2">
        <w:rPr>
          <w:rFonts w:cs="Times New Roman"/>
          <w:b/>
        </w:rPr>
        <w:t>QUÁ</w:t>
      </w:r>
      <w:r w:rsidR="00154207" w:rsidRPr="00B24EB2">
        <w:rPr>
          <w:rFonts w:cs="Times New Roman"/>
          <w:b/>
          <w:lang w:val="vi-VN"/>
        </w:rPr>
        <w:t xml:space="preserve"> TRÌNH XÂY DỰNG DỰ THẢO NGHỊ QUYẾT</w:t>
      </w:r>
    </w:p>
    <w:p w14:paraId="0468371A" w14:textId="77777777" w:rsidR="00154207" w:rsidRPr="00B24EB2" w:rsidRDefault="00255F25" w:rsidP="00255F25">
      <w:pPr>
        <w:pStyle w:val="NormalWeb"/>
        <w:shd w:val="clear" w:color="auto" w:fill="FFFFFF"/>
        <w:spacing w:before="120" w:beforeAutospacing="0" w:after="120" w:afterAutospacing="0"/>
        <w:ind w:firstLine="567"/>
        <w:jc w:val="both"/>
        <w:rPr>
          <w:sz w:val="28"/>
          <w:szCs w:val="28"/>
        </w:rPr>
      </w:pPr>
      <w:r w:rsidRPr="00B24EB2">
        <w:rPr>
          <w:sz w:val="28"/>
          <w:szCs w:val="28"/>
        </w:rPr>
        <w:lastRenderedPageBreak/>
        <w:t>Căn cứ Quyết định số 44/QĐ-HĐND ngày 04 tháng 02 năm 2026 của Hội đồng nhân dân Thành phố ban hành Danh mục văn bản quy định chi tiết và nội dung được giao quy định thuộc thẩm quyền ban hành của Hội đồng nhân dân Thành phố</w:t>
      </w:r>
      <w:r w:rsidRPr="00B24EB2">
        <w:rPr>
          <w:szCs w:val="28"/>
          <w:lang w:val="vi-VN"/>
        </w:rPr>
        <w:t xml:space="preserve">. </w:t>
      </w:r>
      <w:r w:rsidR="00154207" w:rsidRPr="00B24EB2">
        <w:rPr>
          <w:sz w:val="28"/>
          <w:szCs w:val="28"/>
        </w:rPr>
        <w:t xml:space="preserve">Tại Danh mục, Sở Văn hóa và Thể thao được giao chủ trì xây dựng </w:t>
      </w:r>
      <w:r w:rsidR="00154207" w:rsidRPr="00B24EB2">
        <w:rPr>
          <w:sz w:val="28"/>
          <w:szCs w:val="28"/>
          <w:lang w:val="vi-VN"/>
        </w:rPr>
        <w:t>“</w:t>
      </w:r>
      <w:r w:rsidR="00154207" w:rsidRPr="00B24EB2">
        <w:rPr>
          <w:sz w:val="28"/>
          <w:szCs w:val="28"/>
        </w:rPr>
        <w:t>Nghị quyết quy định mức chi và việc sử dụng kinh phí thực hiện công tác thăm dò, khai quật khảo cổ từ nguồn ngân sách nhà nước trên địa bàn Thành phố Hồ Chí Minh”, trình Hội đồng nhân dân Thành phố ban hành trong năm 2026.</w:t>
      </w:r>
    </w:p>
    <w:p w14:paraId="2D16890F" w14:textId="77777777" w:rsidR="00154207" w:rsidRPr="00B24EB2" w:rsidRDefault="00154207" w:rsidP="00255F25">
      <w:pPr>
        <w:spacing w:before="120" w:after="120" w:line="240" w:lineRule="auto"/>
        <w:ind w:right="141" w:firstLine="709"/>
        <w:jc w:val="both"/>
        <w:rPr>
          <w:rFonts w:cs="Times New Roman"/>
          <w:i/>
          <w:sz w:val="36"/>
          <w:szCs w:val="28"/>
        </w:rPr>
      </w:pPr>
      <w:r w:rsidRPr="00B24EB2">
        <w:rPr>
          <w:rFonts w:cs="Times New Roman"/>
          <w:szCs w:val="28"/>
        </w:rPr>
        <w:t>Sở Văn hóa và Thể thao</w:t>
      </w:r>
      <w:r w:rsidR="00255F25" w:rsidRPr="00B24EB2">
        <w:rPr>
          <w:rFonts w:cs="Times New Roman"/>
          <w:szCs w:val="28"/>
        </w:rPr>
        <w:t xml:space="preserve"> xây dựng hồ sơ dự thảo Nghị quyết</w:t>
      </w:r>
      <w:r w:rsidRPr="00B24EB2">
        <w:rPr>
          <w:rFonts w:cs="Times New Roman"/>
          <w:szCs w:val="28"/>
        </w:rPr>
        <w:t xml:space="preserve"> </w:t>
      </w:r>
      <w:r w:rsidR="00255F25" w:rsidRPr="00B24EB2">
        <w:rPr>
          <w:rFonts w:cs="Times New Roman"/>
          <w:szCs w:val="28"/>
        </w:rPr>
        <w:t xml:space="preserve">và </w:t>
      </w:r>
      <w:r w:rsidRPr="00B24EB2">
        <w:rPr>
          <w:rFonts w:cs="Times New Roman"/>
          <w:szCs w:val="28"/>
        </w:rPr>
        <w:t xml:space="preserve">thực hiện truyền thông </w:t>
      </w:r>
      <w:r w:rsidR="00255F25" w:rsidRPr="00B24EB2">
        <w:rPr>
          <w:rFonts w:cs="Times New Roman"/>
          <w:szCs w:val="28"/>
        </w:rPr>
        <w:t xml:space="preserve">dự thảo </w:t>
      </w:r>
      <w:r w:rsidRPr="00B24EB2">
        <w:rPr>
          <w:rFonts w:cs="Times New Roman"/>
          <w:szCs w:val="28"/>
        </w:rPr>
        <w:t xml:space="preserve">Nghị quyết quy định mức chi và việc sử dụng kinh phí thực hiện công tác thăm dò, khai quật khảo cổ từ nguồn ngân sách nhà nước trên địa bàn Thành phố Hồ Chí Minh trên Trang thông </w:t>
      </w:r>
      <w:r w:rsidR="00B23B2E" w:rsidRPr="00B24EB2">
        <w:rPr>
          <w:rFonts w:cs="Times New Roman"/>
          <w:szCs w:val="28"/>
        </w:rPr>
        <w:t>tin điện tử của Sở, đường link: …</w:t>
      </w:r>
    </w:p>
    <w:p w14:paraId="5494C928" w14:textId="77777777" w:rsidR="00154207" w:rsidRPr="00B24EB2" w:rsidRDefault="00154207" w:rsidP="00255F25">
      <w:pPr>
        <w:spacing w:before="120" w:after="120" w:line="240" w:lineRule="auto"/>
        <w:ind w:right="141" w:firstLine="709"/>
        <w:jc w:val="both"/>
        <w:rPr>
          <w:rFonts w:cs="Times New Roman"/>
          <w:szCs w:val="28"/>
          <w:lang w:val="vi-VN"/>
        </w:rPr>
      </w:pPr>
      <w:r w:rsidRPr="00B24EB2">
        <w:rPr>
          <w:rFonts w:cs="Times New Roman"/>
          <w:szCs w:val="28"/>
        </w:rPr>
        <w:t xml:space="preserve">Ngày </w:t>
      </w:r>
      <w:r w:rsidRPr="00B24EB2">
        <w:rPr>
          <w:rFonts w:cs="Times New Roman"/>
          <w:szCs w:val="28"/>
          <w:lang w:val="vi-VN"/>
        </w:rPr>
        <w:t>..</w:t>
      </w:r>
      <w:r w:rsidRPr="00B24EB2">
        <w:rPr>
          <w:rFonts w:cs="Times New Roman"/>
          <w:szCs w:val="28"/>
        </w:rPr>
        <w:t xml:space="preserve"> tháng </w:t>
      </w:r>
      <w:r w:rsidRPr="00B24EB2">
        <w:rPr>
          <w:rFonts w:cs="Times New Roman"/>
          <w:szCs w:val="28"/>
          <w:lang w:val="vi-VN"/>
        </w:rPr>
        <w:t>..</w:t>
      </w:r>
      <w:r w:rsidRPr="00B24EB2">
        <w:rPr>
          <w:rFonts w:cs="Times New Roman"/>
          <w:szCs w:val="28"/>
        </w:rPr>
        <w:t xml:space="preserve"> năm 2026, Sở Văn hóa và Thể thao có Công văn số        </w:t>
      </w:r>
      <w:r w:rsidRPr="00B24EB2">
        <w:rPr>
          <w:rFonts w:cs="Times New Roman"/>
          <w:szCs w:val="28"/>
          <w:lang w:val="vi-VN"/>
        </w:rPr>
        <w:t>….</w:t>
      </w:r>
      <w:r w:rsidRPr="00B24EB2">
        <w:rPr>
          <w:rFonts w:cs="Times New Roman"/>
          <w:szCs w:val="28"/>
        </w:rPr>
        <w:t>/SVHTT-DSVH gửi các sở, ngành có liên quan có ý kiến góp ý đối với hồ sơ dự thảo Nghị quyết quy định mức chi và việc sử dụng kinh phí thực hiện công tác thăm dò, khai quật khảo cổ từ nguồn ngân sách nhà nước trên địa bàn Thành phố Hồ Chí Minh</w:t>
      </w:r>
      <w:r w:rsidRPr="00B24EB2">
        <w:rPr>
          <w:rFonts w:cs="Times New Roman"/>
          <w:szCs w:val="28"/>
          <w:lang w:val="vi-VN"/>
        </w:rPr>
        <w:t>.</w:t>
      </w:r>
    </w:p>
    <w:p w14:paraId="6AF5F306" w14:textId="77777777" w:rsidR="00154207" w:rsidRPr="00B24EB2" w:rsidRDefault="00154207" w:rsidP="00255F25">
      <w:pPr>
        <w:spacing w:before="120" w:after="120" w:line="240" w:lineRule="auto"/>
        <w:ind w:right="141" w:firstLine="709"/>
        <w:jc w:val="both"/>
        <w:rPr>
          <w:rFonts w:cs="Times New Roman"/>
          <w:i/>
        </w:rPr>
      </w:pPr>
      <w:r w:rsidRPr="00B24EB2">
        <w:rPr>
          <w:rFonts w:cs="Times New Roman"/>
          <w:szCs w:val="28"/>
        </w:rPr>
        <w:t>Sở Văn hóa và Thể thao đã phối hợp với Văn phòng Ủy ban nhân dân Thành phố thực hiện đăng tải lấy ý kiến trên Cổng thông tin điện tử Thành phố, đường link:</w:t>
      </w:r>
      <w:r w:rsidR="00B23B2E" w:rsidRPr="00B24EB2">
        <w:rPr>
          <w:rFonts w:cs="Times New Roman"/>
          <w:szCs w:val="28"/>
        </w:rPr>
        <w:t>…;</w:t>
      </w:r>
      <w:r w:rsidRPr="00B24EB2">
        <w:rPr>
          <w:rFonts w:cs="Times New Roman"/>
          <w:i/>
        </w:rPr>
        <w:t xml:space="preserve"> </w:t>
      </w:r>
      <w:r w:rsidRPr="00B24EB2">
        <w:rPr>
          <w:rFonts w:cs="Times New Roman"/>
        </w:rPr>
        <w:t xml:space="preserve">đồng thời, thực hiện lấy ý kiến góp ý trên Trang Thông tin điện tử của Sở, đường link: </w:t>
      </w:r>
      <w:r w:rsidR="00B23B2E" w:rsidRPr="00B24EB2">
        <w:rPr>
          <w:rFonts w:cs="Times New Roman"/>
        </w:rPr>
        <w:t>…</w:t>
      </w:r>
    </w:p>
    <w:p w14:paraId="787911CE" w14:textId="77777777" w:rsidR="00154207" w:rsidRPr="00B24EB2" w:rsidRDefault="00154207" w:rsidP="00255F25">
      <w:pPr>
        <w:spacing w:before="120" w:after="120" w:line="240" w:lineRule="auto"/>
        <w:ind w:right="141" w:firstLine="709"/>
        <w:jc w:val="both"/>
        <w:rPr>
          <w:rFonts w:cs="Times New Roman"/>
          <w:i/>
          <w:sz w:val="36"/>
          <w:szCs w:val="28"/>
        </w:rPr>
      </w:pPr>
      <w:r w:rsidRPr="00B24EB2">
        <w:rPr>
          <w:rFonts w:cs="Times New Roman"/>
          <w:szCs w:val="28"/>
        </w:rPr>
        <w:t>Sở Văn hóa và Thể thao tổng hợp các ý kiến góp ý, tiếp thu, giải trình đối với các ý kiến góp ý; đồng thời, đăng tải bản tiếp thu, giải trình ý kiến góp ý trên T</w:t>
      </w:r>
      <w:r w:rsidRPr="00B24EB2">
        <w:rPr>
          <w:rFonts w:cs="Times New Roman"/>
        </w:rPr>
        <w:t>rang Thông tin điện tử của Sở, đường link:</w:t>
      </w:r>
      <w:r w:rsidR="00B23B2E" w:rsidRPr="00B24EB2">
        <w:rPr>
          <w:rFonts w:cs="Times New Roman"/>
        </w:rPr>
        <w:t>…</w:t>
      </w:r>
    </w:p>
    <w:p w14:paraId="57AD09F0" w14:textId="77777777" w:rsidR="00154207" w:rsidRPr="00B24EB2" w:rsidRDefault="00154207" w:rsidP="00255F25">
      <w:pPr>
        <w:spacing w:before="120" w:after="120" w:line="240" w:lineRule="auto"/>
        <w:ind w:right="141" w:firstLine="709"/>
        <w:jc w:val="both"/>
        <w:rPr>
          <w:rFonts w:cs="Times New Roman"/>
          <w:szCs w:val="28"/>
        </w:rPr>
      </w:pPr>
      <w:r w:rsidRPr="00B24EB2">
        <w:rPr>
          <w:rFonts w:cs="Times New Roman"/>
          <w:szCs w:val="28"/>
        </w:rPr>
        <w:t xml:space="preserve">Sở Văn hóa và Thể thao tiếp thu ý kiến góp ý, hoàn thiện và có Công văn số </w:t>
      </w:r>
      <w:r w:rsidRPr="00B24EB2">
        <w:rPr>
          <w:rFonts w:cs="Times New Roman"/>
          <w:szCs w:val="28"/>
          <w:lang w:val="vi-VN"/>
        </w:rPr>
        <w:t>….</w:t>
      </w:r>
      <w:r w:rsidRPr="00B24EB2">
        <w:rPr>
          <w:rFonts w:cs="Times New Roman"/>
          <w:szCs w:val="28"/>
        </w:rPr>
        <w:t xml:space="preserve">/SVHTT-DSVH ngày </w:t>
      </w:r>
      <w:r w:rsidRPr="00B24EB2">
        <w:rPr>
          <w:rFonts w:cs="Times New Roman"/>
          <w:szCs w:val="28"/>
          <w:lang w:val="vi-VN"/>
        </w:rPr>
        <w:t>…</w:t>
      </w:r>
      <w:r w:rsidRPr="00B24EB2">
        <w:rPr>
          <w:rFonts w:cs="Times New Roman"/>
          <w:szCs w:val="28"/>
        </w:rPr>
        <w:t xml:space="preserve"> tháng </w:t>
      </w:r>
      <w:r w:rsidRPr="00B24EB2">
        <w:rPr>
          <w:rFonts w:cs="Times New Roman"/>
          <w:szCs w:val="28"/>
          <w:lang w:val="vi-VN"/>
        </w:rPr>
        <w:t>….</w:t>
      </w:r>
      <w:r w:rsidRPr="00B24EB2">
        <w:rPr>
          <w:rFonts w:cs="Times New Roman"/>
          <w:szCs w:val="28"/>
        </w:rPr>
        <w:t xml:space="preserve"> năm 2026 gửi Sở Tư pháp thẩm định.</w:t>
      </w:r>
    </w:p>
    <w:p w14:paraId="24633101" w14:textId="77777777" w:rsidR="00154207" w:rsidRPr="00B24EB2" w:rsidRDefault="00154207" w:rsidP="00255F25">
      <w:pPr>
        <w:spacing w:before="120" w:after="120" w:line="240" w:lineRule="auto"/>
        <w:ind w:right="141" w:firstLine="709"/>
        <w:jc w:val="both"/>
        <w:rPr>
          <w:rFonts w:cs="Times New Roman"/>
          <w:szCs w:val="28"/>
          <w:lang w:val="vi-VN"/>
        </w:rPr>
      </w:pPr>
      <w:r w:rsidRPr="00B24EB2">
        <w:rPr>
          <w:rFonts w:cs="Times New Roman"/>
          <w:szCs w:val="28"/>
        </w:rPr>
        <w:t xml:space="preserve">Ngày </w:t>
      </w:r>
      <w:r w:rsidRPr="00B24EB2">
        <w:rPr>
          <w:rFonts w:cs="Times New Roman"/>
          <w:szCs w:val="28"/>
          <w:lang w:val="vi-VN"/>
        </w:rPr>
        <w:t>….</w:t>
      </w:r>
      <w:r w:rsidRPr="00B24EB2">
        <w:rPr>
          <w:rFonts w:cs="Times New Roman"/>
          <w:szCs w:val="28"/>
        </w:rPr>
        <w:t xml:space="preserve"> tháng </w:t>
      </w:r>
      <w:r w:rsidRPr="00B24EB2">
        <w:rPr>
          <w:rFonts w:cs="Times New Roman"/>
          <w:szCs w:val="28"/>
          <w:lang w:val="vi-VN"/>
        </w:rPr>
        <w:t>…</w:t>
      </w:r>
      <w:r w:rsidRPr="00B24EB2">
        <w:rPr>
          <w:rFonts w:cs="Times New Roman"/>
          <w:szCs w:val="28"/>
        </w:rPr>
        <w:t xml:space="preserve"> năm 2026, Sở Văn hóa và Thể thao nhận được Báo cáo số </w:t>
      </w:r>
      <w:r w:rsidRPr="00B24EB2">
        <w:rPr>
          <w:rFonts w:cs="Times New Roman"/>
          <w:szCs w:val="28"/>
          <w:lang w:val="vi-VN"/>
        </w:rPr>
        <w:t>….</w:t>
      </w:r>
      <w:r w:rsidRPr="00B24EB2">
        <w:rPr>
          <w:rFonts w:cs="Times New Roman"/>
          <w:szCs w:val="28"/>
        </w:rPr>
        <w:t>/BC-STP ngày</w:t>
      </w:r>
      <w:r w:rsidRPr="00B24EB2">
        <w:rPr>
          <w:rFonts w:cs="Times New Roman"/>
          <w:szCs w:val="28"/>
          <w:lang w:val="vi-VN"/>
        </w:rPr>
        <w:t>…</w:t>
      </w:r>
      <w:r w:rsidRPr="00B24EB2">
        <w:rPr>
          <w:rFonts w:cs="Times New Roman"/>
          <w:szCs w:val="28"/>
        </w:rPr>
        <w:t xml:space="preserve"> tháng </w:t>
      </w:r>
      <w:r w:rsidRPr="00B24EB2">
        <w:rPr>
          <w:rFonts w:cs="Times New Roman"/>
          <w:szCs w:val="28"/>
          <w:lang w:val="vi-VN"/>
        </w:rPr>
        <w:t>….</w:t>
      </w:r>
      <w:r w:rsidRPr="00B24EB2">
        <w:rPr>
          <w:rFonts w:cs="Times New Roman"/>
          <w:szCs w:val="28"/>
        </w:rPr>
        <w:t xml:space="preserve"> năm 2026 của Sở Tư pháp về kết quả thẩm định dự thảo Nghị quyết quy định mức chi và việc sử dụng kinh phí thực hiện công tác thăm dò, khai quật khảo cổ từ nguồn ngân sách nhà nước trên địa bàn Thành phố Hồ Chí Minh. Sở Văn hóa và Thể thao đã có Báo cáo tiếp thu, giải trình số </w:t>
      </w:r>
      <w:r w:rsidRPr="00B24EB2">
        <w:rPr>
          <w:rFonts w:cs="Times New Roman"/>
          <w:szCs w:val="28"/>
          <w:lang w:val="vi-VN"/>
        </w:rPr>
        <w:t>….</w:t>
      </w:r>
      <w:r w:rsidRPr="00B24EB2">
        <w:rPr>
          <w:rFonts w:cs="Times New Roman"/>
          <w:szCs w:val="28"/>
        </w:rPr>
        <w:t xml:space="preserve">/BC-SVHTT ngày  tháng </w:t>
      </w:r>
      <w:r w:rsidRPr="00B24EB2">
        <w:rPr>
          <w:rFonts w:cs="Times New Roman"/>
          <w:szCs w:val="28"/>
          <w:lang w:val="vi-VN"/>
        </w:rPr>
        <w:t xml:space="preserve">  </w:t>
      </w:r>
      <w:r w:rsidRPr="00B24EB2">
        <w:rPr>
          <w:rFonts w:cs="Times New Roman"/>
          <w:szCs w:val="28"/>
        </w:rPr>
        <w:t>năm 2026</w:t>
      </w:r>
      <w:r w:rsidRPr="00B24EB2">
        <w:rPr>
          <w:rFonts w:cs="Times New Roman"/>
          <w:szCs w:val="28"/>
          <w:lang w:val="vi-VN"/>
        </w:rPr>
        <w:t>, hoàn thiện trình Ủy ban nhân dân Thành phố trình Hội đồng nhân dân Thành phố.</w:t>
      </w:r>
    </w:p>
    <w:p w14:paraId="0C5BADA9" w14:textId="77777777" w:rsidR="004336EF" w:rsidRPr="00B24EB2" w:rsidRDefault="00154207" w:rsidP="00DF64BE">
      <w:pPr>
        <w:spacing w:before="120" w:after="120"/>
        <w:ind w:firstLine="567"/>
        <w:jc w:val="both"/>
        <w:rPr>
          <w:rFonts w:cs="Times New Roman"/>
        </w:rPr>
      </w:pPr>
      <w:r w:rsidRPr="00B24EB2">
        <w:rPr>
          <w:rFonts w:cs="Times New Roman"/>
          <w:b/>
        </w:rPr>
        <w:t>IV</w:t>
      </w:r>
      <w:r w:rsidRPr="00B24EB2">
        <w:rPr>
          <w:rFonts w:cs="Times New Roman"/>
          <w:b/>
          <w:lang w:val="vi-VN"/>
        </w:rPr>
        <w:t xml:space="preserve">. </w:t>
      </w:r>
      <w:r w:rsidR="002A7C2B" w:rsidRPr="00B24EB2">
        <w:rPr>
          <w:rFonts w:cs="Times New Roman"/>
          <w:b/>
        </w:rPr>
        <w:t>BỐ CỤC, NỘI DUNG CHÍNH CỦA NGHỊ QUYẾT</w:t>
      </w:r>
    </w:p>
    <w:p w14:paraId="3421EC02" w14:textId="77777777" w:rsidR="00B923B7" w:rsidRPr="00B24EB2" w:rsidRDefault="00B923B7" w:rsidP="00B923B7">
      <w:pPr>
        <w:numPr>
          <w:ilvl w:val="0"/>
          <w:numId w:val="11"/>
        </w:numPr>
        <w:shd w:val="clear" w:color="auto" w:fill="FFFFFF"/>
        <w:tabs>
          <w:tab w:val="left" w:pos="720"/>
          <w:tab w:val="left" w:pos="851"/>
          <w:tab w:val="left" w:pos="990"/>
        </w:tabs>
        <w:spacing w:before="120" w:after="120" w:line="240" w:lineRule="auto"/>
        <w:ind w:left="0" w:firstLine="567"/>
        <w:jc w:val="both"/>
        <w:rPr>
          <w:rFonts w:cs="Times New Roman"/>
          <w:bCs/>
          <w:szCs w:val="28"/>
        </w:rPr>
      </w:pPr>
      <w:r w:rsidRPr="00B24EB2">
        <w:rPr>
          <w:rFonts w:cs="Times New Roman"/>
          <w:b/>
          <w:bCs/>
          <w:szCs w:val="28"/>
        </w:rPr>
        <w:t>Phạm vi điều chỉnh và đối tượng áp dụng:</w:t>
      </w:r>
      <w:r w:rsidRPr="00B24EB2">
        <w:rPr>
          <w:rFonts w:cs="Times New Roman"/>
          <w:bCs/>
          <w:szCs w:val="28"/>
        </w:rPr>
        <w:t xml:space="preserve"> </w:t>
      </w:r>
    </w:p>
    <w:p w14:paraId="1467EABC"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bCs/>
          <w:spacing w:val="-2"/>
          <w:szCs w:val="28"/>
        </w:rPr>
        <w:t>-</w:t>
      </w:r>
      <w:r w:rsidRPr="00B24EB2">
        <w:rPr>
          <w:rFonts w:cs="Times New Roman"/>
          <w:b/>
          <w:bCs/>
          <w:spacing w:val="-2"/>
          <w:szCs w:val="28"/>
        </w:rPr>
        <w:t xml:space="preserve"> Phạm vi điều chỉnh:</w:t>
      </w:r>
      <w:r w:rsidRPr="00B24EB2">
        <w:rPr>
          <w:rFonts w:cs="Times New Roman"/>
          <w:bCs/>
          <w:spacing w:val="-2"/>
          <w:szCs w:val="28"/>
        </w:rPr>
        <w:t xml:space="preserve"> </w:t>
      </w:r>
      <w:r w:rsidRPr="00B24EB2">
        <w:rPr>
          <w:rFonts w:cs="Times New Roman"/>
          <w:szCs w:val="28"/>
          <w:lang w:val="de-DE"/>
        </w:rPr>
        <w:t xml:space="preserve">Nghị quyết này Quy định mức chi thực hiện công tác thăm dò, khai quật khảo cổ từ nguồn ngân sách nhà nước trên địa bàn Thành phố. </w:t>
      </w:r>
      <w:r w:rsidRPr="00B24EB2">
        <w:rPr>
          <w:rFonts w:cs="Times New Roman"/>
          <w:szCs w:val="28"/>
          <w:lang w:val="de-DE"/>
        </w:rPr>
        <w:lastRenderedPageBreak/>
        <w:t>Đối với các khoản viện trợ không hoàn lại hoặc các khoản hỗ trợ có mục đích, địa chỉ của các tổ chức, cá nhân trong và ngoài nước cho các dự án thăm dò, khai quật khảo cổ thì thực hiện theo quy định của nhà tài trợ (nếu có) hoặc theo quy định của cơ quan chủ quản sau khi có sự thỏa thuận của đại diện nhà tài trợ và Bộ Tài chính (nếu có); trường hợp nhà tài trợ hoặc đại diện nhà tài trợ và Bộ Tài chính không có quy định riêng thì áp dụng theo quy định tại Nghị quyết này.</w:t>
      </w:r>
    </w:p>
    <w:p w14:paraId="71A4F840"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it-IT"/>
        </w:rPr>
        <w:t>-</w:t>
      </w:r>
      <w:r w:rsidRPr="00B24EB2">
        <w:rPr>
          <w:rFonts w:cs="Times New Roman"/>
          <w:b/>
          <w:szCs w:val="28"/>
          <w:lang w:val="it-IT"/>
        </w:rPr>
        <w:t xml:space="preserve"> Đối tượng áp dụng</w:t>
      </w:r>
      <w:r w:rsidRPr="00B24EB2">
        <w:rPr>
          <w:rFonts w:cs="Times New Roman"/>
          <w:b/>
          <w:szCs w:val="28"/>
        </w:rPr>
        <w:t xml:space="preserve">: </w:t>
      </w:r>
      <w:r w:rsidRPr="00B24EB2">
        <w:rPr>
          <w:rFonts w:cs="Times New Roman"/>
          <w:szCs w:val="28"/>
          <w:lang w:val="de-DE"/>
        </w:rPr>
        <w:t>Cơ quan, đơn vị, tổ chức, cá nhân có liên quan đến công tác thăm dò, khai quật khảo cổ từ nguồn ngân sách nhà nước trên địa bàn Thành phố Hồ Chí Minh.</w:t>
      </w:r>
    </w:p>
    <w:p w14:paraId="60D493CD" w14:textId="77777777" w:rsidR="00B923B7" w:rsidRPr="00B24EB2" w:rsidRDefault="00B923B7" w:rsidP="00B923B7">
      <w:pPr>
        <w:tabs>
          <w:tab w:val="left" w:pos="851"/>
        </w:tabs>
        <w:spacing w:before="120" w:after="120"/>
        <w:ind w:firstLine="567"/>
        <w:jc w:val="both"/>
        <w:rPr>
          <w:rFonts w:cs="Times New Roman"/>
          <w:b/>
          <w:spacing w:val="-4"/>
          <w:szCs w:val="28"/>
          <w:shd w:val="clear" w:color="auto" w:fill="FFFFFF"/>
          <w:lang w:val="it-IT"/>
        </w:rPr>
      </w:pPr>
      <w:r w:rsidRPr="00B24EB2">
        <w:rPr>
          <w:rFonts w:cs="Times New Roman"/>
          <w:b/>
          <w:spacing w:val="-4"/>
          <w:szCs w:val="28"/>
          <w:shd w:val="clear" w:color="auto" w:fill="FFFFFF"/>
          <w:lang w:val="vi-VN"/>
        </w:rPr>
        <w:t xml:space="preserve">2. </w:t>
      </w:r>
      <w:r w:rsidRPr="00B24EB2">
        <w:rPr>
          <w:rFonts w:cs="Times New Roman"/>
          <w:b/>
          <w:spacing w:val="-4"/>
          <w:szCs w:val="28"/>
          <w:shd w:val="clear" w:color="auto" w:fill="FFFFFF"/>
          <w:lang w:val="it-IT"/>
        </w:rPr>
        <w:t xml:space="preserve">Bố cục của dự thảo </w:t>
      </w:r>
      <w:r w:rsidRPr="00B24EB2">
        <w:rPr>
          <w:rFonts w:cs="Times New Roman"/>
          <w:b/>
          <w:szCs w:val="28"/>
          <w:lang w:val="it-IT"/>
        </w:rPr>
        <w:t>nghị quyết</w:t>
      </w:r>
      <w:r w:rsidRPr="00B24EB2">
        <w:rPr>
          <w:rFonts w:cs="Times New Roman"/>
          <w:b/>
          <w:spacing w:val="-4"/>
          <w:szCs w:val="28"/>
          <w:shd w:val="clear" w:color="auto" w:fill="FFFFFF"/>
          <w:lang w:val="it-IT"/>
        </w:rPr>
        <w:t>:</w:t>
      </w:r>
    </w:p>
    <w:p w14:paraId="563716AF" w14:textId="77777777" w:rsidR="00B923B7" w:rsidRPr="00B24EB2" w:rsidRDefault="00B923B7" w:rsidP="00B923B7">
      <w:pPr>
        <w:tabs>
          <w:tab w:val="left" w:pos="851"/>
        </w:tabs>
        <w:spacing w:before="120" w:after="120"/>
        <w:ind w:firstLine="567"/>
        <w:jc w:val="both"/>
        <w:rPr>
          <w:rFonts w:cs="Times New Roman"/>
          <w:b/>
          <w:spacing w:val="-4"/>
          <w:szCs w:val="28"/>
          <w:shd w:val="clear" w:color="auto" w:fill="FFFFFF"/>
          <w:lang w:val="it-IT"/>
        </w:rPr>
      </w:pPr>
      <w:r w:rsidRPr="00B24EB2">
        <w:rPr>
          <w:rFonts w:cs="Times New Roman"/>
          <w:bCs/>
          <w:szCs w:val="28"/>
        </w:rPr>
        <w:t>Dự thảo Nghị quyết bao gồm 06 Điều như sau:</w:t>
      </w:r>
    </w:p>
    <w:p w14:paraId="1A6E110B" w14:textId="77777777" w:rsidR="00B923B7" w:rsidRPr="00B24EB2" w:rsidRDefault="00B923B7" w:rsidP="00B923B7">
      <w:pPr>
        <w:tabs>
          <w:tab w:val="left" w:pos="851"/>
        </w:tabs>
        <w:spacing w:before="120" w:after="120"/>
        <w:ind w:firstLine="567"/>
        <w:jc w:val="both"/>
        <w:rPr>
          <w:rFonts w:cs="Times New Roman"/>
          <w:b/>
          <w:spacing w:val="-4"/>
          <w:szCs w:val="28"/>
          <w:shd w:val="clear" w:color="auto" w:fill="FFFFFF"/>
          <w:lang w:val="it-IT"/>
        </w:rPr>
      </w:pPr>
      <w:r w:rsidRPr="00B24EB2">
        <w:rPr>
          <w:rFonts w:cs="Times New Roman"/>
          <w:szCs w:val="28"/>
        </w:rPr>
        <w:t>Điều 1. Phạm vi điều chỉnh</w:t>
      </w:r>
    </w:p>
    <w:p w14:paraId="0B9081D4" w14:textId="77777777" w:rsidR="00B923B7" w:rsidRPr="00B24EB2" w:rsidRDefault="00B923B7" w:rsidP="00B923B7">
      <w:pPr>
        <w:tabs>
          <w:tab w:val="left" w:pos="851"/>
        </w:tabs>
        <w:spacing w:before="120" w:after="120"/>
        <w:ind w:firstLine="567"/>
        <w:jc w:val="both"/>
        <w:rPr>
          <w:rFonts w:cs="Times New Roman"/>
          <w:b/>
          <w:spacing w:val="-4"/>
          <w:szCs w:val="28"/>
          <w:shd w:val="clear" w:color="auto" w:fill="FFFFFF"/>
          <w:lang w:val="it-IT"/>
        </w:rPr>
      </w:pPr>
      <w:r w:rsidRPr="00B24EB2">
        <w:rPr>
          <w:rFonts w:cs="Times New Roman"/>
          <w:szCs w:val="28"/>
        </w:rPr>
        <w:t xml:space="preserve">Điều 2. Đối tượng áp dụng </w:t>
      </w:r>
    </w:p>
    <w:p w14:paraId="41D169A6" w14:textId="77777777" w:rsidR="00B923B7" w:rsidRPr="00B24EB2" w:rsidRDefault="00B923B7" w:rsidP="00B923B7">
      <w:pPr>
        <w:tabs>
          <w:tab w:val="left" w:pos="851"/>
        </w:tabs>
        <w:spacing w:before="120" w:after="120"/>
        <w:ind w:firstLine="567"/>
        <w:jc w:val="both"/>
        <w:rPr>
          <w:rFonts w:cs="Times New Roman"/>
          <w:bCs/>
          <w:szCs w:val="28"/>
          <w:lang w:val="de-DE"/>
        </w:rPr>
      </w:pPr>
      <w:r w:rsidRPr="00B24EB2">
        <w:rPr>
          <w:rFonts w:cs="Times New Roman"/>
          <w:bCs/>
          <w:szCs w:val="28"/>
          <w:lang w:val="vi-VN"/>
        </w:rPr>
        <w:t xml:space="preserve">Điều </w:t>
      </w:r>
      <w:r w:rsidRPr="00B24EB2">
        <w:rPr>
          <w:rFonts w:cs="Times New Roman"/>
          <w:bCs/>
          <w:szCs w:val="28"/>
        </w:rPr>
        <w:t>3</w:t>
      </w:r>
      <w:r w:rsidRPr="00B24EB2">
        <w:rPr>
          <w:rFonts w:cs="Times New Roman"/>
          <w:bCs/>
          <w:szCs w:val="28"/>
          <w:lang w:val="vi-VN"/>
        </w:rPr>
        <w:t xml:space="preserve">. </w:t>
      </w:r>
      <w:r w:rsidRPr="00B24EB2">
        <w:rPr>
          <w:rFonts w:cs="Times New Roman"/>
          <w:bCs/>
          <w:szCs w:val="28"/>
          <w:lang w:val="de-DE"/>
        </w:rPr>
        <w:t>Mức chi</w:t>
      </w:r>
    </w:p>
    <w:p w14:paraId="19CED1A9" w14:textId="77777777" w:rsidR="00B923B7" w:rsidRPr="00B24EB2" w:rsidRDefault="00B923B7" w:rsidP="00B923B7">
      <w:pPr>
        <w:tabs>
          <w:tab w:val="left" w:pos="851"/>
        </w:tabs>
        <w:spacing w:before="120" w:after="120"/>
        <w:ind w:firstLine="567"/>
        <w:jc w:val="both"/>
        <w:rPr>
          <w:rFonts w:cs="Times New Roman"/>
          <w:bCs/>
          <w:szCs w:val="28"/>
          <w:lang w:val="it-IT"/>
        </w:rPr>
      </w:pPr>
      <w:r w:rsidRPr="00B24EB2">
        <w:rPr>
          <w:rFonts w:cs="Times New Roman"/>
          <w:bCs/>
          <w:szCs w:val="28"/>
          <w:lang w:val="vi-VN"/>
        </w:rPr>
        <w:t xml:space="preserve">Điều </w:t>
      </w:r>
      <w:r w:rsidRPr="00B24EB2">
        <w:rPr>
          <w:rFonts w:cs="Times New Roman"/>
          <w:bCs/>
          <w:szCs w:val="28"/>
        </w:rPr>
        <w:t>4</w:t>
      </w:r>
      <w:r w:rsidRPr="00B24EB2">
        <w:rPr>
          <w:rFonts w:cs="Times New Roman"/>
          <w:bCs/>
          <w:szCs w:val="28"/>
          <w:lang w:val="vi-VN"/>
        </w:rPr>
        <w:t xml:space="preserve">. </w:t>
      </w:r>
      <w:r w:rsidRPr="00B24EB2">
        <w:rPr>
          <w:rFonts w:cs="Times New Roman"/>
          <w:bCs/>
          <w:szCs w:val="28"/>
        </w:rPr>
        <w:t>Nguồn kinh phí</w:t>
      </w:r>
      <w:r w:rsidRPr="00B24EB2">
        <w:rPr>
          <w:rFonts w:cs="Times New Roman"/>
          <w:bCs/>
          <w:szCs w:val="28"/>
          <w:lang w:val="it-IT"/>
        </w:rPr>
        <w:t xml:space="preserve"> </w:t>
      </w:r>
    </w:p>
    <w:p w14:paraId="2E4DF765" w14:textId="77777777" w:rsidR="00B923B7" w:rsidRPr="00B24EB2" w:rsidRDefault="00B923B7" w:rsidP="00B923B7">
      <w:pPr>
        <w:tabs>
          <w:tab w:val="left" w:pos="851"/>
        </w:tabs>
        <w:spacing w:before="120" w:after="120"/>
        <w:ind w:firstLine="567"/>
        <w:jc w:val="both"/>
        <w:rPr>
          <w:rFonts w:cs="Times New Roman"/>
          <w:bCs/>
          <w:szCs w:val="28"/>
          <w:lang w:val="it-IT"/>
        </w:rPr>
      </w:pPr>
      <w:r w:rsidRPr="00B24EB2">
        <w:rPr>
          <w:rFonts w:cs="Times New Roman"/>
          <w:bCs/>
          <w:szCs w:val="28"/>
          <w:lang w:val="it-IT"/>
        </w:rPr>
        <w:t>Điều 5. Tổ chức thực hiện</w:t>
      </w:r>
    </w:p>
    <w:p w14:paraId="00189D9C" w14:textId="77777777" w:rsidR="00B923B7" w:rsidRPr="00B24EB2" w:rsidRDefault="00B923B7" w:rsidP="00B923B7">
      <w:pPr>
        <w:tabs>
          <w:tab w:val="left" w:pos="851"/>
        </w:tabs>
        <w:spacing w:before="120" w:after="120"/>
        <w:ind w:firstLine="567"/>
        <w:jc w:val="both"/>
        <w:rPr>
          <w:rFonts w:cs="Times New Roman"/>
          <w:bCs/>
          <w:szCs w:val="28"/>
          <w:lang w:val="nl-NL"/>
        </w:rPr>
      </w:pPr>
      <w:r w:rsidRPr="00B24EB2">
        <w:rPr>
          <w:rFonts w:cs="Times New Roman"/>
          <w:bCs/>
          <w:szCs w:val="28"/>
          <w:lang w:val="nl-NL"/>
        </w:rPr>
        <w:t>Điều 6. Điều khoản thi hành</w:t>
      </w:r>
    </w:p>
    <w:p w14:paraId="4B631AD3" w14:textId="77777777" w:rsidR="00B923B7" w:rsidRPr="00B24EB2" w:rsidRDefault="00B923B7" w:rsidP="00B923B7">
      <w:pPr>
        <w:tabs>
          <w:tab w:val="left" w:pos="851"/>
        </w:tabs>
        <w:spacing w:before="120" w:after="120"/>
        <w:ind w:firstLine="567"/>
        <w:jc w:val="both"/>
        <w:rPr>
          <w:rFonts w:cs="Times New Roman"/>
          <w:bCs/>
          <w:szCs w:val="28"/>
          <w:lang w:val="nl-NL"/>
        </w:rPr>
      </w:pPr>
      <w:r w:rsidRPr="00B24EB2">
        <w:rPr>
          <w:rFonts w:cs="Times New Roman"/>
          <w:b/>
          <w:szCs w:val="28"/>
          <w:lang w:val="nl-NL"/>
        </w:rPr>
        <w:t xml:space="preserve">3. </w:t>
      </w:r>
      <w:r w:rsidR="00154207" w:rsidRPr="00B24EB2">
        <w:rPr>
          <w:rFonts w:cs="Times New Roman"/>
          <w:b/>
          <w:szCs w:val="28"/>
          <w:lang w:val="nl-NL"/>
        </w:rPr>
        <w:t>Các</w:t>
      </w:r>
      <w:r w:rsidR="00154207" w:rsidRPr="00B24EB2">
        <w:rPr>
          <w:rFonts w:cs="Times New Roman"/>
          <w:b/>
          <w:szCs w:val="28"/>
          <w:lang w:val="vi-VN"/>
        </w:rPr>
        <w:t xml:space="preserve"> nội dung cơ bản </w:t>
      </w:r>
      <w:r w:rsidRPr="00B24EB2">
        <w:rPr>
          <w:rFonts w:cs="Times New Roman"/>
          <w:b/>
          <w:szCs w:val="28"/>
          <w:lang w:val="nl-NL"/>
        </w:rPr>
        <w:t xml:space="preserve">của nghị quyết: </w:t>
      </w:r>
      <w:r w:rsidRPr="00B24EB2">
        <w:rPr>
          <w:rFonts w:cs="Times New Roman"/>
          <w:bCs/>
          <w:szCs w:val="28"/>
          <w:lang w:val="nl-NL"/>
        </w:rPr>
        <w:t>Quy định mức chi thực hiện công tác thăm dò, khai quật khảo cổ từ nguồn ngân sách nhà nước trên địa bàn Thành phố Hồ Chí Minh, gồm: chi thù lao cho cán bộ khoa học, kỹ thuật; chi thù lao đối với chuyên gia tư vấn khoa học; chi hội thảo; chi thuê khoán nhân công, bảo vệ công trường và kho tạm; chi viết báo cáo; chi lập hồ sơ khoa học và các mức chi còn lại theo Thông tư số 67/2019/TT-BTC.</w:t>
      </w:r>
    </w:p>
    <w:p w14:paraId="3408F07D"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1. Chi thù lao cho cán bộ khoa học, kỹ thuật (là người của cơ quan có chức năng thực hiện dự án thăm dò, khai quật khảo cổ hoặc được cử tham gia thường xuyên và trực tiếp vào dự án thăm dò, khai quật khảo cổ): mức chi 300.000 đồng/người/ngày. Số ngày làm căn cứ để thanh toán chi bồi dưỡng là số ngày thực tế trực tiếp làm việc tại hiện trường khai quật hoặc trực tiếp thực hiện các nhiệm vụ chỉnh lý hiện vật khảo cổ theo sự phân công và có sự xác nhận của thủ trưởng đơn vị hoặc chủ nhiệm đề tài/dự án trong phạm vi dự toán được Ủy ban nhân dân Thành phố phê duyệt.</w:t>
      </w:r>
    </w:p>
    <w:p w14:paraId="55FEB8BC"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lastRenderedPageBreak/>
        <w:t>Ngoài mức chi bồi dưỡng nêu trên, cán bộ khoa học, kỹ thuật vẫn được hưởng chế độ lương, các loại phụ cấp đang hiện hưởng, chế độ công tác phí theo quy định đối với các cơ quan hành chính và đơn vị sự nghiệp công lập.</w:t>
      </w:r>
    </w:p>
    <w:p w14:paraId="2801EF85"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2. Chi thù lao đối với chuyên gia tư vấn khoa học cho công tác thăm dò, khai quật khảo cổ (là người ký hợp đồng tham gia tư vấn khoa học trong quá trình xây dựng và thực hiện dự án thăm dò, khai quật khảo cổ):</w:t>
      </w:r>
    </w:p>
    <w:p w14:paraId="6D4E9861"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Chuyên gia tư vấn khoa học tham gia tư vấn dự án thăm dò, khai quật khảo cổ theo hình thức hợp đồng tư vấn. Mức chi cho chuyên gia tư vấn khoa học làm căn cứ để ký kết hợp đồng trọn gói cho những ngày tham gia tư vấn: mức chi 650.000 đồng/ngày/người; ngoài mức thù lao trên, chuyên gia tư vấn khoa học được thanh toán tiền thuê phòng nghỉ tại nơi đến công tác, tiền tàu, xe (nếu có) theo mức chi quy định về chế độ công tác phí áp dụng đối với các cơ quan hành chính và đơn vị sự nghiệp công lập.</w:t>
      </w:r>
    </w:p>
    <w:p w14:paraId="7B38C3FC"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3. Chi hội thảo phục vụ công tác thăm dò, khai quật khảo cổ; hội thảo báo cáo kết quả thăm dò, khai quật khảo cổ và kết quả nghiên cứu, chỉnh lý di tích, di vật: mức chi theo quy định hiện hành về công tác phí, chế độ chi hội nghị.</w:t>
      </w:r>
    </w:p>
    <w:p w14:paraId="4BC39966"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4. Mức chi thuê khoán nhân công phục vụ công tác điều tra, đào thăm dò, khai quật khảo cổ, phân loại chỉnh lý di vật; chi thuê khoán bảo vệ công trường và kho tạm 24/24h: chi theo hợp đồng thỏa thuận theo mức giá thuê khoán nhân công trên địa bàn; mức chi 350.000 đồng/ngày/người.</w:t>
      </w:r>
    </w:p>
    <w:p w14:paraId="29E0CBD4"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5. Mức chi viết báo cáo kết quả thăm dò, khai quật khảo cổ:</w:t>
      </w:r>
    </w:p>
    <w:p w14:paraId="2FF83B77"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a) Mức chi viết báo cáo sơ bộ: 4.000.000 đồng/báo cáo.</w:t>
      </w:r>
    </w:p>
    <w:p w14:paraId="610E0797"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b) Mức chi viết báo cáo khoa học: 12.000.000 đồng/báo cáo.</w:t>
      </w:r>
    </w:p>
    <w:p w14:paraId="72461102"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6. Mức chi cho công tác lập hồ sơ khoa học:</w:t>
      </w:r>
    </w:p>
    <w:p w14:paraId="05075BD0"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a) Chi dập hoa văn và văn bia: 100.000 đồng/bản (khổ A4), 150.000 đồng/bản (khổ A3), 250.000 đồng/bản (khổ A2), 450.000 đồng/bản (khổ A0).</w:t>
      </w:r>
    </w:p>
    <w:p w14:paraId="0659E533"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b) Chi chụp ảnh chụp di tích và di vật: 25.000 đồng/ảnh (bao gồm công chụp, chỉnh sửa và chi phí làm ảnh cỡ 9x12).</w:t>
      </w:r>
    </w:p>
    <w:p w14:paraId="41BA9691"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t>c) Phiếu đăng ký hiện vật (mô tả đặc trưng, niên đại, nguồn gốc và tính chất hiện vật): 30.000 đồng/phiếu.</w:t>
      </w:r>
    </w:p>
    <w:p w14:paraId="2E2F05A1"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szCs w:val="28"/>
          <w:lang w:val="de-DE"/>
        </w:rPr>
        <w:lastRenderedPageBreak/>
        <w:t>d) Mức chi đo vẽ di tích, di vật (mặt bằng tổng thể khu di tích, mặt bằng hiện trạng di tích, mặt cắt địa tầng, chi tiết các dấu vết kiến trúc..., hình dáng, hoa văn của các loại di vật…) chi theo hợp đồng thỏa thuận trên cơ sở ngày công lao động và mức chi bồi dưỡng đối với cán bộ quy định tại Khoản 1 nêu trên.</w:t>
      </w:r>
    </w:p>
    <w:p w14:paraId="5CF7B9DE" w14:textId="77777777" w:rsidR="00B923B7" w:rsidRPr="00B24EB2" w:rsidRDefault="00B923B7" w:rsidP="00B923B7">
      <w:pPr>
        <w:tabs>
          <w:tab w:val="left" w:pos="851"/>
        </w:tabs>
        <w:spacing w:before="120" w:after="120"/>
        <w:ind w:firstLine="567"/>
        <w:jc w:val="both"/>
        <w:rPr>
          <w:rFonts w:cs="Times New Roman"/>
          <w:szCs w:val="28"/>
          <w:lang w:val="de-DE"/>
        </w:rPr>
      </w:pPr>
      <w:r w:rsidRPr="00B24EB2">
        <w:rPr>
          <w:rFonts w:cs="Times New Roman"/>
        </w:rPr>
        <w:t>7. Các mức chi còn lại được áp dụng theo các quy định tại các khoản 7, 8, 9, 10 và 11 Điều 4 của Thông tư số 67/2019/TT-BTC ngày 23 tháng 9 năm 2019 của Bộ trưởng Bộ Tài chính quy định nội dung và mức chi thực hiện công tác thăm dò, khai quật khảo cổ từ nguồn ngân sách nhà nước.</w:t>
      </w:r>
    </w:p>
    <w:p w14:paraId="26A26552" w14:textId="77777777" w:rsidR="00154207" w:rsidRPr="00B24EB2" w:rsidRDefault="002A7C2B" w:rsidP="00154207">
      <w:pPr>
        <w:ind w:firstLine="709"/>
        <w:jc w:val="both"/>
        <w:rPr>
          <w:rFonts w:cs="Times New Roman"/>
          <w:bCs/>
          <w:spacing w:val="-8"/>
          <w:szCs w:val="28"/>
          <w:lang w:val="vi-VN"/>
        </w:rPr>
      </w:pPr>
      <w:r w:rsidRPr="00B24EB2">
        <w:rPr>
          <w:rFonts w:cs="Times New Roman"/>
          <w:b/>
        </w:rPr>
        <w:t xml:space="preserve">V. </w:t>
      </w:r>
      <w:r w:rsidR="00154207" w:rsidRPr="00B24EB2">
        <w:rPr>
          <w:rFonts w:cs="Times New Roman"/>
          <w:b/>
          <w:spacing w:val="-8"/>
          <w:szCs w:val="28"/>
          <w:lang w:val="vi-VN"/>
        </w:rPr>
        <w:t>NHỮNG NỘI DUNG BỔ SUNG MỚI SO VỚI DỰ THẢO THẨM ĐỊNH</w:t>
      </w:r>
      <w:r w:rsidR="00154207" w:rsidRPr="00B24EB2">
        <w:rPr>
          <w:rFonts w:cs="Times New Roman"/>
          <w:b/>
          <w:spacing w:val="-8"/>
          <w:szCs w:val="28"/>
        </w:rPr>
        <w:t xml:space="preserve"> </w:t>
      </w:r>
      <w:r w:rsidR="00154207" w:rsidRPr="00B24EB2">
        <w:rPr>
          <w:rFonts w:cs="Times New Roman"/>
          <w:bCs/>
          <w:spacing w:val="-8"/>
          <w:szCs w:val="28"/>
          <w:lang w:val="vi-VN"/>
        </w:rPr>
        <w:t>(nếu có)</w:t>
      </w:r>
    </w:p>
    <w:p w14:paraId="3F15D54E" w14:textId="77777777" w:rsidR="00154207" w:rsidRPr="00B24EB2" w:rsidRDefault="00154207" w:rsidP="00154207">
      <w:pPr>
        <w:spacing w:before="120" w:after="120"/>
        <w:ind w:firstLine="709"/>
        <w:jc w:val="both"/>
        <w:rPr>
          <w:rFonts w:cs="Times New Roman"/>
        </w:rPr>
      </w:pPr>
      <w:r w:rsidRPr="00B24EB2">
        <w:rPr>
          <w:rFonts w:cs="Times New Roman"/>
          <w:b/>
        </w:rPr>
        <w:t>VI</w:t>
      </w:r>
      <w:r w:rsidRPr="00B24EB2">
        <w:rPr>
          <w:rFonts w:cs="Times New Roman"/>
          <w:b/>
          <w:lang w:val="vi-VN"/>
        </w:rPr>
        <w:t xml:space="preserve">. </w:t>
      </w:r>
      <w:r w:rsidR="002A7C2B" w:rsidRPr="00B24EB2">
        <w:rPr>
          <w:rFonts w:cs="Times New Roman"/>
          <w:b/>
        </w:rPr>
        <w:t>DỰ KIẾN NGUỒN LỰC, ĐIỀU KIỆN BẢO ĐẢM THI HÀNH NGHỊ QUYẾT</w:t>
      </w:r>
      <w:r w:rsidRPr="00B24EB2">
        <w:rPr>
          <w:rFonts w:cs="Times New Roman"/>
          <w:b/>
          <w:lang w:val="vi-VN"/>
        </w:rPr>
        <w:t xml:space="preserve"> VÀ </w:t>
      </w:r>
      <w:r w:rsidRPr="00B24EB2">
        <w:rPr>
          <w:rFonts w:cs="Times New Roman"/>
          <w:b/>
        </w:rPr>
        <w:t>THỜI GIAN DỰ KIẾN TRÌNH THÔNG QUA VĂN BẢN</w:t>
      </w:r>
    </w:p>
    <w:p w14:paraId="43A4D4FF" w14:textId="77777777" w:rsidR="004336EF" w:rsidRPr="00B24EB2" w:rsidRDefault="00154207" w:rsidP="00154207">
      <w:pPr>
        <w:spacing w:before="120" w:after="120"/>
        <w:ind w:firstLine="709"/>
        <w:jc w:val="both"/>
        <w:rPr>
          <w:rFonts w:cs="Times New Roman"/>
          <w:b/>
          <w:bCs/>
          <w:lang w:val="vi-VN"/>
        </w:rPr>
      </w:pPr>
      <w:r w:rsidRPr="00B24EB2">
        <w:rPr>
          <w:rFonts w:cs="Times New Roman"/>
          <w:b/>
          <w:bCs/>
          <w:lang w:val="vi-VN"/>
        </w:rPr>
        <w:t>1. Dự kiến nguồn lực, điều kiện đảm bảo cho việc thi hành văn bản</w:t>
      </w:r>
    </w:p>
    <w:p w14:paraId="258C154D" w14:textId="77777777" w:rsidR="004336EF" w:rsidRPr="00B24EB2" w:rsidRDefault="00154207" w:rsidP="00DF64BE">
      <w:pPr>
        <w:spacing w:before="120" w:after="120"/>
        <w:ind w:firstLine="567"/>
        <w:jc w:val="both"/>
        <w:rPr>
          <w:rFonts w:cs="Times New Roman"/>
        </w:rPr>
      </w:pPr>
      <w:r w:rsidRPr="00B24EB2">
        <w:rPr>
          <w:rFonts w:cs="Times New Roman"/>
          <w:lang w:val="vi-VN"/>
        </w:rPr>
        <w:t xml:space="preserve">  </w:t>
      </w:r>
      <w:r w:rsidR="002A7C2B" w:rsidRPr="00B24EB2">
        <w:rPr>
          <w:rFonts w:cs="Times New Roman"/>
        </w:rPr>
        <w:t>Nguồn kinh phí thực hiện từ ngân sách nhà nước trong dự toán hằng năm theo phân cấp quản lý ngân sách hiện hành và các nguồn v</w:t>
      </w:r>
      <w:r w:rsidR="00C8563E" w:rsidRPr="00B24EB2">
        <w:rPr>
          <w:rFonts w:cs="Times New Roman"/>
        </w:rPr>
        <w:t>ốn hợp pháp khác theo quy định.</w:t>
      </w:r>
    </w:p>
    <w:p w14:paraId="0A19FC93" w14:textId="77777777" w:rsidR="00154207" w:rsidRPr="00B24EB2" w:rsidRDefault="00154207" w:rsidP="00154207">
      <w:pPr>
        <w:spacing w:before="80" w:after="80" w:line="264" w:lineRule="auto"/>
        <w:ind w:firstLine="709"/>
        <w:jc w:val="both"/>
        <w:rPr>
          <w:rFonts w:cs="Times New Roman"/>
          <w:bCs/>
          <w:szCs w:val="28"/>
          <w:lang w:val="nl-NL"/>
        </w:rPr>
      </w:pPr>
      <w:r w:rsidRPr="00B24EB2">
        <w:rPr>
          <w:rFonts w:cs="Times New Roman"/>
          <w:bCs/>
          <w:szCs w:val="28"/>
          <w:lang w:val="nl-NL"/>
        </w:rPr>
        <w:t>Điều kiện cơ sở vật chất, phương tiện, trang thiết bị và hạ tầng công nghệ thông tin hiện có của Sở Văn hóa và Thể thao cùng các cơ quan, đơn vị liên quan cơ bản đáp ứng yêu cầu triển khai thực hiện. Trường hợp cần thiết, sẽ từng bước đầu tư, nâng cấp theo kế hoạch trung hạn, dài hạn, đảm bảo phù hợp khả năng cân đối ngân sách và định hướng chuyển đổi số trong quản lý nhà nước.</w:t>
      </w:r>
    </w:p>
    <w:p w14:paraId="21FB3F76" w14:textId="77777777" w:rsidR="00154207" w:rsidRPr="00B24EB2" w:rsidRDefault="00154207" w:rsidP="00154207">
      <w:pPr>
        <w:spacing w:before="80" w:after="80" w:line="264" w:lineRule="auto"/>
        <w:ind w:firstLine="709"/>
        <w:jc w:val="both"/>
        <w:rPr>
          <w:rFonts w:cs="Times New Roman"/>
          <w:bCs/>
          <w:szCs w:val="28"/>
          <w:lang w:val="nl-NL"/>
        </w:rPr>
      </w:pPr>
      <w:r w:rsidRPr="00B24EB2">
        <w:rPr>
          <w:rFonts w:cs="Times New Roman"/>
          <w:bCs/>
          <w:szCs w:val="28"/>
          <w:lang w:val="nl-NL"/>
        </w:rPr>
        <w:t>Đội ngũ cán bộ, công chức hiện nay đã được đào tạo, bồi dưỡng về chuyên môn nghiệp vụ, đủ khả năng tiếp nhận và thực hiện nhiệm vụ được giao; đồng thời sẽ tiếp tục được tập huấn, cập nhật kiến thức để nâng cao năng lực chuyên môn, bảo đảm thực hiện nghiêm túc, hiệu quả các quy định của Nghị quyết.</w:t>
      </w:r>
    </w:p>
    <w:p w14:paraId="3EBE6437" w14:textId="77777777" w:rsidR="00154207" w:rsidRPr="00B24EB2" w:rsidRDefault="00154207" w:rsidP="00154207">
      <w:pPr>
        <w:spacing w:before="80" w:after="80" w:line="264" w:lineRule="auto"/>
        <w:ind w:firstLine="709"/>
        <w:jc w:val="both"/>
        <w:rPr>
          <w:rFonts w:cs="Times New Roman"/>
          <w:bCs/>
          <w:szCs w:val="28"/>
          <w:lang w:val="nl-NL"/>
        </w:rPr>
      </w:pPr>
      <w:r w:rsidRPr="00B24EB2">
        <w:rPr>
          <w:rFonts w:cs="Times New Roman"/>
          <w:bCs/>
          <w:szCs w:val="28"/>
          <w:lang w:val="nl-NL"/>
        </w:rPr>
        <w:t>Việc ban hành và tổ chức triển khai thực hiện Nghị quyết này không làm phát sinh thêm thủ tục hành chính, không gây chồng chéo về chức năng, nhiệm vụ giữa các cơ quan, đơn vị, qua đó góp phần nâng cao hiệu lực, hiệu quả quản lý nhà nước trong lĩnh vực di sản văn hóa.</w:t>
      </w:r>
    </w:p>
    <w:p w14:paraId="29175D5C" w14:textId="2387CCA2" w:rsidR="00154207" w:rsidRPr="00B24EB2" w:rsidRDefault="00154207" w:rsidP="004008D9">
      <w:pPr>
        <w:pStyle w:val="ListParagraph"/>
        <w:numPr>
          <w:ilvl w:val="0"/>
          <w:numId w:val="11"/>
        </w:numPr>
        <w:spacing w:before="120" w:after="120"/>
        <w:jc w:val="both"/>
        <w:rPr>
          <w:rFonts w:cs="Times New Roman"/>
          <w:bCs/>
        </w:rPr>
      </w:pPr>
      <w:r w:rsidRPr="00B24EB2">
        <w:rPr>
          <w:rFonts w:cs="Times New Roman"/>
          <w:b/>
        </w:rPr>
        <w:t>Thời gian dự kiến trình thông qua văn bản:</w:t>
      </w:r>
    </w:p>
    <w:p w14:paraId="006561ED" w14:textId="77777777" w:rsidR="004008D9" w:rsidRPr="00B24EB2" w:rsidRDefault="004008D9" w:rsidP="004008D9">
      <w:pPr>
        <w:spacing w:before="120" w:after="120" w:line="288" w:lineRule="auto"/>
        <w:ind w:firstLine="709"/>
        <w:jc w:val="both"/>
        <w:rPr>
          <w:rFonts w:cs="Times New Roman"/>
        </w:rPr>
      </w:pPr>
      <w:r w:rsidRPr="00B24EB2">
        <w:rPr>
          <w:rFonts w:cs="Times New Roman"/>
          <w:lang w:val="vi-VN"/>
        </w:rPr>
        <w:t xml:space="preserve">Ủy ban nhân dân Thành phố </w:t>
      </w:r>
      <w:r w:rsidRPr="00B24EB2">
        <w:rPr>
          <w:rFonts w:cs="Times New Roman"/>
        </w:rPr>
        <w:t>trình Hội đồng nhân dân Thành phố thông qua</w:t>
      </w:r>
      <w:r w:rsidRPr="00B24EB2">
        <w:rPr>
          <w:rFonts w:cs="Times New Roman"/>
          <w:lang w:val="vi-VN"/>
        </w:rPr>
        <w:t xml:space="preserve"> Nghị quyết </w:t>
      </w:r>
      <w:r w:rsidRPr="00B24EB2">
        <w:rPr>
          <w:rFonts w:cs="Times New Roman"/>
        </w:rPr>
        <w:t>tại kỳ họp chuyên đề tháng 9 năm 2026.</w:t>
      </w:r>
    </w:p>
    <w:p w14:paraId="4C6A69DC" w14:textId="520921CE" w:rsidR="004336EF" w:rsidRPr="00B24EB2" w:rsidRDefault="002A7C2B" w:rsidP="00154207">
      <w:pPr>
        <w:spacing w:before="120" w:after="120"/>
        <w:ind w:firstLine="709"/>
        <w:jc w:val="both"/>
        <w:rPr>
          <w:rFonts w:cs="Times New Roman"/>
        </w:rPr>
      </w:pPr>
      <w:r w:rsidRPr="00B24EB2">
        <w:rPr>
          <w:rFonts w:cs="Times New Roman"/>
          <w:b/>
        </w:rPr>
        <w:lastRenderedPageBreak/>
        <w:t xml:space="preserve"> </w:t>
      </w:r>
      <w:r w:rsidR="004008D9" w:rsidRPr="00B24EB2">
        <w:rPr>
          <w:rFonts w:cs="Times New Roman"/>
        </w:rPr>
        <w:t xml:space="preserve">Trên đây là Tờ trình dự thảo Nghị quyết của Hội đồng nhân dân Thành phố </w:t>
      </w:r>
      <w:r w:rsidRPr="00B24EB2">
        <w:rPr>
          <w:rFonts w:cs="Times New Roman"/>
        </w:rPr>
        <w:t xml:space="preserve">quy định mức chi và việc sử dụng kinh phí thực hiện công tác thăm dò, khai quật khảo cổ từ nguồn ngân sách nhà nước trên địa bàn Thành phố Hồ Chí Minh. </w:t>
      </w:r>
      <w:r w:rsidR="004008D9" w:rsidRPr="00B24EB2">
        <w:rPr>
          <w:rFonts w:cs="Times New Roman"/>
        </w:rPr>
        <w:t>Ủy ban nhân dân Thành phố xin</w:t>
      </w:r>
      <w:r w:rsidR="004008D9" w:rsidRPr="00B24EB2">
        <w:rPr>
          <w:rFonts w:cs="Times New Roman"/>
          <w:lang w:val="vi-VN"/>
        </w:rPr>
        <w:t xml:space="preserve"> kính trình </w:t>
      </w:r>
      <w:r w:rsidRPr="00B24EB2">
        <w:rPr>
          <w:rFonts w:cs="Times New Roman"/>
        </w:rPr>
        <w:t>Hội đồng nhân dân Thành phố xem xét, quyết định./.</w:t>
      </w:r>
    </w:p>
    <w:p w14:paraId="296BEF92" w14:textId="77777777" w:rsidR="00DF64BE" w:rsidRPr="00B24EB2" w:rsidRDefault="00DF64BE" w:rsidP="00154207">
      <w:pPr>
        <w:spacing w:before="120" w:after="120"/>
        <w:ind w:firstLine="709"/>
        <w:jc w:val="both"/>
        <w:rPr>
          <w:rFonts w:cs="Times New Roman"/>
          <w:i/>
          <w:szCs w:val="28"/>
          <w:lang w:val="pt-BR"/>
        </w:rPr>
      </w:pPr>
      <w:r w:rsidRPr="00B24EB2">
        <w:rPr>
          <w:rFonts w:cs="Times New Roman"/>
          <w:i/>
          <w:szCs w:val="28"/>
          <w:lang w:val="pt-BR"/>
        </w:rPr>
        <w:t>(Tài liệu đính kèm:</w:t>
      </w:r>
    </w:p>
    <w:p w14:paraId="2CD28351" w14:textId="77777777" w:rsidR="00154207" w:rsidRPr="00B24EB2" w:rsidRDefault="00DF64BE" w:rsidP="00154207">
      <w:pPr>
        <w:tabs>
          <w:tab w:val="left" w:pos="360"/>
        </w:tabs>
        <w:spacing w:before="120" w:after="120"/>
        <w:ind w:firstLine="567"/>
        <w:jc w:val="both"/>
        <w:rPr>
          <w:rFonts w:cs="Times New Roman"/>
          <w:i/>
          <w:szCs w:val="28"/>
          <w:lang w:val="pt-BR"/>
        </w:rPr>
      </w:pPr>
      <w:r w:rsidRPr="00B24EB2">
        <w:rPr>
          <w:rFonts w:cs="Times New Roman"/>
          <w:i/>
          <w:szCs w:val="28"/>
          <w:lang w:val="pt-BR"/>
        </w:rPr>
        <w:t>- Dự thảo Nghị quyết của Hội đồng nhân dân Thành phố quy định mức chi và việc sử dụng kinh phí thực hiện công tác thăm dò, khai quật khảo cổ từ nguồn ngân sách nhà nước trên địa bàn Thành phố Hồ Chí Minh;</w:t>
      </w:r>
    </w:p>
    <w:p w14:paraId="230474A6" w14:textId="77777777" w:rsidR="00154207" w:rsidRPr="00B24EB2" w:rsidRDefault="00DF64BE" w:rsidP="009603CC">
      <w:pPr>
        <w:spacing w:before="120" w:after="120"/>
        <w:ind w:firstLine="567"/>
        <w:jc w:val="both"/>
        <w:rPr>
          <w:rFonts w:cs="Times New Roman"/>
          <w:i/>
          <w:szCs w:val="28"/>
          <w:lang w:val="pt-BR"/>
        </w:rPr>
      </w:pPr>
      <w:r w:rsidRPr="00B24EB2">
        <w:rPr>
          <w:rFonts w:cs="Times New Roman"/>
          <w:i/>
          <w:szCs w:val="28"/>
          <w:lang w:val="pt-BR"/>
        </w:rPr>
        <w:t>- Bản so sánh,</w:t>
      </w:r>
      <w:r w:rsidR="009603CC" w:rsidRPr="00B24EB2">
        <w:rPr>
          <w:rFonts w:cs="Times New Roman"/>
          <w:i/>
          <w:szCs w:val="28"/>
          <w:lang w:val="pt-BR"/>
        </w:rPr>
        <w:t xml:space="preserve"> thuyết minh dự thảo Nghị quyết.</w:t>
      </w:r>
    </w:p>
    <w:p w14:paraId="7CFBBCF2" w14:textId="77777777" w:rsidR="00154207" w:rsidRPr="00B24EB2" w:rsidRDefault="00154207" w:rsidP="00154207">
      <w:pPr>
        <w:spacing w:before="120" w:after="120"/>
        <w:ind w:firstLine="567"/>
        <w:jc w:val="both"/>
        <w:rPr>
          <w:rFonts w:cs="Times New Roman"/>
          <w:i/>
          <w:szCs w:val="28"/>
          <w:lang w:val="pt-BR"/>
        </w:rPr>
      </w:pPr>
      <w:r w:rsidRPr="00B24EB2">
        <w:rPr>
          <w:rFonts w:cs="Times New Roman"/>
          <w:i/>
          <w:szCs w:val="28"/>
          <w:lang w:val="pt-BR"/>
        </w:rPr>
        <w:t>- Bảng tổng hợp ý kiến góp ý và tiếp thu, giải trình ý kiến góp ý;</w:t>
      </w:r>
    </w:p>
    <w:p w14:paraId="608C9C67" w14:textId="77777777" w:rsidR="00154207" w:rsidRPr="00B24EB2" w:rsidRDefault="00154207" w:rsidP="00154207">
      <w:pPr>
        <w:spacing w:before="120" w:after="120"/>
        <w:ind w:firstLine="567"/>
        <w:jc w:val="both"/>
        <w:rPr>
          <w:rFonts w:cs="Times New Roman"/>
          <w:i/>
          <w:szCs w:val="28"/>
          <w:lang w:val="pt-BR"/>
        </w:rPr>
      </w:pPr>
      <w:r w:rsidRPr="00B24EB2">
        <w:rPr>
          <w:rFonts w:cs="Times New Roman"/>
          <w:i/>
          <w:szCs w:val="28"/>
          <w:lang w:val="pt-BR"/>
        </w:rPr>
        <w:t xml:space="preserve">- Báo cáo tiếp thu, giải trình ý kiến thẩm định của Sở Tư pháp về thẩm định hồ sơ dự thảo Nghị quyết quy định mức chi và việc sử dụng kinh phí thực hiện công tác thăm dò, khai quật khảo cổ từ nguồn ngân sách nhà nước trên địa bàn Thành phố Hồ Chí Minh; </w:t>
      </w:r>
      <w:bookmarkStart w:id="0" w:name="_GoBack"/>
      <w:bookmarkEnd w:id="0"/>
    </w:p>
    <w:p w14:paraId="0D590B70" w14:textId="77777777" w:rsidR="004336EF" w:rsidRPr="00B24EB2" w:rsidRDefault="00154207" w:rsidP="00154207">
      <w:pPr>
        <w:spacing w:before="120" w:after="120"/>
        <w:ind w:firstLine="567"/>
        <w:jc w:val="both"/>
        <w:rPr>
          <w:rFonts w:cs="Times New Roman"/>
          <w:i/>
          <w:szCs w:val="28"/>
          <w:lang w:val="pt-BR"/>
        </w:rPr>
      </w:pPr>
      <w:r w:rsidRPr="00B24EB2">
        <w:rPr>
          <w:rFonts w:cs="Times New Roman"/>
          <w:i/>
          <w:szCs w:val="28"/>
          <w:lang w:val="pt-BR"/>
        </w:rPr>
        <w:t>- Các hồ sơ, tài liệu khác có liên quan</w:t>
      </w:r>
      <w:r w:rsidRPr="00B24EB2">
        <w:rPr>
          <w:rFonts w:cs="Times New Roman"/>
          <w:i/>
          <w:szCs w:val="28"/>
          <w:lang w:val="vi-VN"/>
        </w:rPr>
        <w:t>./.</w:t>
      </w:r>
      <w:r w:rsidR="00DF64BE" w:rsidRPr="00B24EB2">
        <w:rPr>
          <w:rFonts w:cs="Times New Roman"/>
          <w:i/>
          <w:szCs w:val="28"/>
          <w:lang w:val="pt-BR"/>
        </w:rPr>
        <w:t>)</w:t>
      </w:r>
    </w:p>
    <w:tbl>
      <w:tblPr>
        <w:tblpPr w:leftFromText="180" w:rightFromText="180" w:vertAnchor="text" w:horzAnchor="margin" w:tblpY="84"/>
        <w:tblW w:w="9358" w:type="dxa"/>
        <w:tblLayout w:type="fixed"/>
        <w:tblLook w:val="04A0" w:firstRow="1" w:lastRow="0" w:firstColumn="1" w:lastColumn="0" w:noHBand="0" w:noVBand="1"/>
      </w:tblPr>
      <w:tblGrid>
        <w:gridCol w:w="4361"/>
        <w:gridCol w:w="4997"/>
      </w:tblGrid>
      <w:tr w:rsidR="00B24EB2" w:rsidRPr="00B24EB2" w14:paraId="3C829B0E" w14:textId="77777777" w:rsidTr="00FA1286">
        <w:trPr>
          <w:trHeight w:val="2766"/>
        </w:trPr>
        <w:tc>
          <w:tcPr>
            <w:tcW w:w="4361" w:type="dxa"/>
          </w:tcPr>
          <w:p w14:paraId="2C18905F" w14:textId="77777777" w:rsidR="00DF64BE" w:rsidRPr="00B24EB2" w:rsidRDefault="00DF64BE" w:rsidP="00FA1286">
            <w:pPr>
              <w:pStyle w:val="BodyTextIndent"/>
              <w:spacing w:after="0" w:line="240" w:lineRule="auto"/>
              <w:rPr>
                <w:rFonts w:cs="Times New Roman"/>
                <w:b/>
                <w:i/>
                <w:sz w:val="24"/>
                <w:szCs w:val="24"/>
                <w:lang w:val="pt-BR"/>
              </w:rPr>
            </w:pPr>
            <w:r w:rsidRPr="00B24EB2">
              <w:rPr>
                <w:rFonts w:cs="Times New Roman"/>
                <w:b/>
                <w:i/>
                <w:sz w:val="24"/>
                <w:szCs w:val="24"/>
                <w:lang w:val="pt-BR"/>
              </w:rPr>
              <w:t>Nơi nhận:</w:t>
            </w:r>
          </w:p>
          <w:p w14:paraId="45674755" w14:textId="77777777" w:rsidR="00DF64BE" w:rsidRPr="00B24EB2" w:rsidRDefault="00DF64BE" w:rsidP="00FA1286">
            <w:pPr>
              <w:pStyle w:val="BodyTextIndent"/>
              <w:spacing w:after="0" w:line="240" w:lineRule="auto"/>
              <w:rPr>
                <w:rFonts w:cs="Times New Roman"/>
                <w:sz w:val="22"/>
                <w:lang w:val="vi-VN"/>
              </w:rPr>
            </w:pPr>
            <w:r w:rsidRPr="00B24EB2">
              <w:rPr>
                <w:rFonts w:cs="Times New Roman"/>
                <w:sz w:val="22"/>
                <w:lang w:val="pt-BR"/>
              </w:rPr>
              <w:t>- Như trên;</w:t>
            </w:r>
          </w:p>
          <w:p w14:paraId="262851E9" w14:textId="77777777" w:rsidR="00DF64BE" w:rsidRPr="00B24EB2" w:rsidRDefault="00DF64BE" w:rsidP="00FA1286">
            <w:pPr>
              <w:pStyle w:val="BodyTextIndent"/>
              <w:spacing w:after="0" w:line="240" w:lineRule="auto"/>
              <w:rPr>
                <w:rFonts w:cs="Times New Roman"/>
                <w:sz w:val="22"/>
                <w:lang w:val="vi-VN"/>
              </w:rPr>
            </w:pPr>
            <w:r w:rsidRPr="00B24EB2">
              <w:rPr>
                <w:rFonts w:cs="Times New Roman"/>
                <w:sz w:val="22"/>
                <w:lang w:val="vi-VN"/>
              </w:rPr>
              <w:t>- TTUB: CT,</w:t>
            </w:r>
            <w:r w:rsidRPr="00B24EB2">
              <w:rPr>
                <w:rFonts w:cs="Times New Roman"/>
                <w:sz w:val="22"/>
                <w:lang w:val="pt-BR"/>
              </w:rPr>
              <w:t xml:space="preserve"> các</w:t>
            </w:r>
            <w:r w:rsidRPr="00B24EB2">
              <w:rPr>
                <w:rFonts w:cs="Times New Roman"/>
                <w:sz w:val="22"/>
                <w:lang w:val="vi-VN"/>
              </w:rPr>
              <w:t xml:space="preserve"> PCT;</w:t>
            </w:r>
          </w:p>
          <w:p w14:paraId="73DB1CCD" w14:textId="77777777" w:rsidR="00DF64BE" w:rsidRPr="00B24EB2" w:rsidRDefault="00DF64BE" w:rsidP="00FA1286">
            <w:pPr>
              <w:pStyle w:val="BodyTextIndent"/>
              <w:spacing w:after="0" w:line="240" w:lineRule="auto"/>
              <w:rPr>
                <w:rFonts w:cs="Times New Roman"/>
                <w:sz w:val="22"/>
                <w:lang w:val="vi-VN"/>
              </w:rPr>
            </w:pPr>
            <w:r w:rsidRPr="00B24EB2">
              <w:rPr>
                <w:rFonts w:cs="Times New Roman"/>
                <w:sz w:val="22"/>
                <w:lang w:val="vi-VN"/>
              </w:rPr>
              <w:t xml:space="preserve">- Văn phòng Đảng ủy UBND.TP; </w:t>
            </w:r>
          </w:p>
          <w:p w14:paraId="37ECD76A" w14:textId="77777777" w:rsidR="00DF64BE" w:rsidRPr="00B24EB2" w:rsidRDefault="00DF64BE" w:rsidP="00FA1286">
            <w:pPr>
              <w:pStyle w:val="BodyTextIndent"/>
              <w:spacing w:after="0" w:line="240" w:lineRule="auto"/>
              <w:rPr>
                <w:rFonts w:cs="Times New Roman"/>
                <w:sz w:val="22"/>
                <w:lang w:val="vi-VN"/>
              </w:rPr>
            </w:pPr>
            <w:r w:rsidRPr="00B24EB2">
              <w:rPr>
                <w:rFonts w:cs="Times New Roman"/>
                <w:sz w:val="22"/>
                <w:lang w:val="vi-VN"/>
              </w:rPr>
              <w:t>- Sở Văn hóa và Thể thao;</w:t>
            </w:r>
          </w:p>
          <w:p w14:paraId="1410C990" w14:textId="77777777" w:rsidR="00DF64BE" w:rsidRPr="00B24EB2" w:rsidRDefault="00DF64BE" w:rsidP="00FA1286">
            <w:pPr>
              <w:pStyle w:val="BodyTextIndent"/>
              <w:spacing w:after="0" w:line="240" w:lineRule="auto"/>
              <w:rPr>
                <w:rFonts w:cs="Times New Roman"/>
                <w:sz w:val="22"/>
                <w:lang w:val="vi-VN"/>
              </w:rPr>
            </w:pPr>
            <w:r w:rsidRPr="00B24EB2">
              <w:rPr>
                <w:rFonts w:cs="Times New Roman"/>
                <w:sz w:val="22"/>
                <w:lang w:val="vi-VN"/>
              </w:rPr>
              <w:t xml:space="preserve">- Sở Tư pháp; </w:t>
            </w:r>
          </w:p>
          <w:p w14:paraId="63115ACC" w14:textId="77777777" w:rsidR="00DF64BE" w:rsidRPr="00B24EB2" w:rsidRDefault="00DF64BE" w:rsidP="00FA1286">
            <w:pPr>
              <w:pStyle w:val="BodyTextIndent"/>
              <w:spacing w:after="0" w:line="240" w:lineRule="auto"/>
              <w:rPr>
                <w:rFonts w:cs="Times New Roman"/>
                <w:sz w:val="22"/>
                <w:lang w:val="vi-VN"/>
              </w:rPr>
            </w:pPr>
            <w:r w:rsidRPr="00B24EB2">
              <w:rPr>
                <w:rFonts w:cs="Times New Roman"/>
                <w:sz w:val="22"/>
                <w:lang w:val="vi-VN"/>
              </w:rPr>
              <w:t>- VPUB: CVP, các PCVP;</w:t>
            </w:r>
          </w:p>
          <w:p w14:paraId="2BD53ADF" w14:textId="77777777" w:rsidR="00DF64BE" w:rsidRPr="00B24EB2" w:rsidRDefault="00DF64BE" w:rsidP="00FA1286">
            <w:pPr>
              <w:pStyle w:val="BodyTextIndent"/>
              <w:spacing w:after="0" w:line="240" w:lineRule="auto"/>
              <w:rPr>
                <w:rFonts w:cs="Times New Roman"/>
                <w:sz w:val="22"/>
              </w:rPr>
            </w:pPr>
            <w:r w:rsidRPr="00B24EB2">
              <w:rPr>
                <w:rFonts w:cs="Times New Roman"/>
                <w:sz w:val="22"/>
              </w:rPr>
              <w:t>- Phòng VX, TH;</w:t>
            </w:r>
          </w:p>
          <w:p w14:paraId="2E405308" w14:textId="77777777" w:rsidR="00DF64BE" w:rsidRPr="00B24EB2" w:rsidRDefault="00DF64BE" w:rsidP="00FA1286">
            <w:pPr>
              <w:pStyle w:val="BodyTextIndent"/>
              <w:spacing w:after="0" w:line="240" w:lineRule="auto"/>
              <w:rPr>
                <w:rFonts w:cs="Times New Roman"/>
                <w:sz w:val="22"/>
              </w:rPr>
            </w:pPr>
            <w:r w:rsidRPr="00B24EB2">
              <w:rPr>
                <w:rFonts w:cs="Times New Roman"/>
                <w:sz w:val="22"/>
              </w:rPr>
              <w:t>- Lưu: VT</w:t>
            </w:r>
            <w:r w:rsidRPr="00B24EB2">
              <w:rPr>
                <w:rFonts w:cs="Times New Roman"/>
                <w:sz w:val="22"/>
                <w:lang w:val="vi-VN"/>
              </w:rPr>
              <w:t>, (</w:t>
            </w:r>
            <w:r w:rsidRPr="00B24EB2">
              <w:rPr>
                <w:rFonts w:cs="Times New Roman"/>
                <w:sz w:val="22"/>
              </w:rPr>
              <w:t>VX-LH</w:t>
            </w:r>
            <w:r w:rsidRPr="00B24EB2">
              <w:rPr>
                <w:rFonts w:cs="Times New Roman"/>
                <w:sz w:val="22"/>
                <w:lang w:val="vi-VN"/>
              </w:rPr>
              <w:t>)</w:t>
            </w:r>
            <w:r w:rsidRPr="00B24EB2">
              <w:rPr>
                <w:rFonts w:cs="Times New Roman"/>
                <w:sz w:val="22"/>
              </w:rPr>
              <w:t>.</w:t>
            </w:r>
          </w:p>
          <w:p w14:paraId="74BE2176" w14:textId="77777777" w:rsidR="00DF64BE" w:rsidRPr="00B24EB2" w:rsidRDefault="00DF64BE" w:rsidP="00FA1286">
            <w:pPr>
              <w:pStyle w:val="BodyTextIndent"/>
              <w:spacing w:after="0" w:line="240" w:lineRule="auto"/>
              <w:rPr>
                <w:rFonts w:cs="Times New Roman"/>
                <w:i/>
                <w:iCs/>
                <w:sz w:val="22"/>
              </w:rPr>
            </w:pPr>
          </w:p>
        </w:tc>
        <w:tc>
          <w:tcPr>
            <w:tcW w:w="4997" w:type="dxa"/>
          </w:tcPr>
          <w:p w14:paraId="3D16979D" w14:textId="77777777" w:rsidR="00DF64BE" w:rsidRPr="00B24EB2" w:rsidRDefault="00DF64BE" w:rsidP="00FA1286">
            <w:pPr>
              <w:pStyle w:val="BodyTextIndent"/>
              <w:spacing w:after="0" w:line="240" w:lineRule="auto"/>
              <w:jc w:val="center"/>
              <w:rPr>
                <w:rFonts w:cs="Times New Roman"/>
                <w:b/>
                <w:szCs w:val="28"/>
              </w:rPr>
            </w:pPr>
            <w:r w:rsidRPr="00B24EB2">
              <w:rPr>
                <w:rFonts w:cs="Times New Roman"/>
                <w:b/>
                <w:szCs w:val="28"/>
              </w:rPr>
              <w:t>TM. ỦY BAN NHÂN DÂN</w:t>
            </w:r>
          </w:p>
          <w:p w14:paraId="26C343AB" w14:textId="77777777" w:rsidR="00DF64BE" w:rsidRPr="00B24EB2" w:rsidRDefault="00DF64BE" w:rsidP="00FA1286">
            <w:pPr>
              <w:pStyle w:val="BodyTextIndent"/>
              <w:spacing w:after="0" w:line="240" w:lineRule="auto"/>
              <w:jc w:val="center"/>
              <w:rPr>
                <w:rFonts w:cs="Times New Roman"/>
                <w:b/>
                <w:szCs w:val="28"/>
              </w:rPr>
            </w:pPr>
            <w:r w:rsidRPr="00B24EB2">
              <w:rPr>
                <w:rFonts w:cs="Times New Roman"/>
                <w:b/>
                <w:szCs w:val="28"/>
              </w:rPr>
              <w:t xml:space="preserve"> </w:t>
            </w:r>
            <w:r w:rsidRPr="00B24EB2">
              <w:rPr>
                <w:rFonts w:cs="Times New Roman"/>
                <w:b/>
                <w:szCs w:val="28"/>
                <w:lang w:val="vi-VN"/>
              </w:rPr>
              <w:t xml:space="preserve">KT. </w:t>
            </w:r>
            <w:r w:rsidRPr="00B24EB2">
              <w:rPr>
                <w:rFonts w:cs="Times New Roman"/>
                <w:b/>
                <w:szCs w:val="28"/>
              </w:rPr>
              <w:t>CHỦ TỊCH</w:t>
            </w:r>
          </w:p>
          <w:p w14:paraId="2C07C499" w14:textId="77777777" w:rsidR="00DF64BE" w:rsidRPr="00B24EB2" w:rsidRDefault="00DF64BE" w:rsidP="00FA1286">
            <w:pPr>
              <w:pStyle w:val="BodyTextIndent"/>
              <w:spacing w:after="0" w:line="240" w:lineRule="auto"/>
              <w:jc w:val="center"/>
              <w:rPr>
                <w:rFonts w:cs="Times New Roman"/>
                <w:b/>
                <w:szCs w:val="28"/>
                <w:lang w:val="vi-VN"/>
              </w:rPr>
            </w:pPr>
            <w:r w:rsidRPr="00B24EB2">
              <w:rPr>
                <w:rFonts w:cs="Times New Roman"/>
                <w:b/>
                <w:szCs w:val="28"/>
                <w:lang w:val="vi-VN"/>
              </w:rPr>
              <w:t>PHÓ CHỦ TỊCH</w:t>
            </w:r>
          </w:p>
          <w:p w14:paraId="410DF461" w14:textId="77777777" w:rsidR="00DF64BE" w:rsidRPr="00B24EB2" w:rsidRDefault="00DF64BE" w:rsidP="00FA1286">
            <w:pPr>
              <w:pStyle w:val="BodyTextIndent"/>
              <w:spacing w:after="0" w:line="240" w:lineRule="auto"/>
              <w:rPr>
                <w:rFonts w:cs="Times New Roman"/>
                <w:b/>
                <w:szCs w:val="28"/>
                <w:lang w:val="vi-VN"/>
              </w:rPr>
            </w:pPr>
          </w:p>
          <w:p w14:paraId="4F64FC10" w14:textId="77777777" w:rsidR="00DF64BE" w:rsidRPr="00B24EB2" w:rsidRDefault="00DF64BE" w:rsidP="00FA1286">
            <w:pPr>
              <w:pStyle w:val="BodyTextIndent"/>
              <w:spacing w:after="0" w:line="240" w:lineRule="auto"/>
              <w:rPr>
                <w:rFonts w:cs="Times New Roman"/>
                <w:b/>
                <w:szCs w:val="28"/>
                <w:lang w:val="vi-VN"/>
              </w:rPr>
            </w:pPr>
          </w:p>
          <w:p w14:paraId="7026CEF2" w14:textId="77777777" w:rsidR="00DF64BE" w:rsidRPr="00B24EB2" w:rsidRDefault="00DF64BE" w:rsidP="00FA1286">
            <w:pPr>
              <w:pStyle w:val="BodyTextIndent"/>
              <w:spacing w:after="0" w:line="240" w:lineRule="auto"/>
              <w:rPr>
                <w:rFonts w:cs="Times New Roman"/>
                <w:b/>
                <w:szCs w:val="28"/>
                <w:lang w:val="vi-VN"/>
              </w:rPr>
            </w:pPr>
          </w:p>
          <w:p w14:paraId="1BDE11A7" w14:textId="77777777" w:rsidR="00DF64BE" w:rsidRPr="00B24EB2" w:rsidRDefault="00DF64BE" w:rsidP="00FA1286">
            <w:pPr>
              <w:pStyle w:val="BodyTextIndent"/>
              <w:spacing w:after="0" w:line="240" w:lineRule="auto"/>
              <w:rPr>
                <w:rFonts w:cs="Times New Roman"/>
                <w:b/>
                <w:szCs w:val="28"/>
                <w:lang w:val="vi-VN"/>
              </w:rPr>
            </w:pPr>
          </w:p>
          <w:p w14:paraId="3157F156" w14:textId="77777777" w:rsidR="00DF64BE" w:rsidRPr="00B24EB2" w:rsidRDefault="00DF64BE" w:rsidP="00FA1286">
            <w:pPr>
              <w:pStyle w:val="BodyTextIndent"/>
              <w:spacing w:after="0" w:line="240" w:lineRule="auto"/>
              <w:rPr>
                <w:rFonts w:cs="Times New Roman"/>
                <w:b/>
                <w:szCs w:val="28"/>
                <w:lang w:val="vi-VN"/>
              </w:rPr>
            </w:pPr>
          </w:p>
          <w:p w14:paraId="15D23687" w14:textId="77777777" w:rsidR="00DF64BE" w:rsidRPr="00B24EB2" w:rsidRDefault="00DF64BE" w:rsidP="00FA1286">
            <w:pPr>
              <w:pStyle w:val="BodyTextIndent"/>
              <w:spacing w:after="0" w:line="240" w:lineRule="auto"/>
              <w:jc w:val="center"/>
              <w:rPr>
                <w:rFonts w:cs="Times New Roman"/>
                <w:b/>
                <w:sz w:val="27"/>
                <w:szCs w:val="27"/>
              </w:rPr>
            </w:pPr>
          </w:p>
        </w:tc>
      </w:tr>
    </w:tbl>
    <w:p w14:paraId="798342E5" w14:textId="77777777" w:rsidR="00DF64BE" w:rsidRPr="00B24EB2" w:rsidRDefault="00DF64BE">
      <w:pPr>
        <w:spacing w:after="60"/>
        <w:jc w:val="both"/>
        <w:rPr>
          <w:rFonts w:cs="Times New Roman"/>
        </w:rPr>
      </w:pPr>
    </w:p>
    <w:sectPr w:rsidR="00DF64BE" w:rsidRPr="00B24EB2" w:rsidSect="004C74D2">
      <w:headerReference w:type="default" r:id="rId8"/>
      <w:pgSz w:w="12240" w:h="15840"/>
      <w:pgMar w:top="1418" w:right="1134" w:bottom="1418"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17412" w14:textId="77777777" w:rsidR="0065239E" w:rsidRDefault="0065239E" w:rsidP="00DF64BE">
      <w:pPr>
        <w:spacing w:after="0" w:line="240" w:lineRule="auto"/>
      </w:pPr>
      <w:r>
        <w:separator/>
      </w:r>
    </w:p>
  </w:endnote>
  <w:endnote w:type="continuationSeparator" w:id="0">
    <w:p w14:paraId="660310EA" w14:textId="77777777" w:rsidR="0065239E" w:rsidRDefault="0065239E" w:rsidP="00DF6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99583" w14:textId="77777777" w:rsidR="0065239E" w:rsidRDefault="0065239E" w:rsidP="00DF64BE">
      <w:pPr>
        <w:spacing w:after="0" w:line="240" w:lineRule="auto"/>
      </w:pPr>
      <w:r>
        <w:separator/>
      </w:r>
    </w:p>
  </w:footnote>
  <w:footnote w:type="continuationSeparator" w:id="0">
    <w:p w14:paraId="6F26261E" w14:textId="77777777" w:rsidR="0065239E" w:rsidRDefault="0065239E" w:rsidP="00DF6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382392524"/>
      <w:docPartObj>
        <w:docPartGallery w:val="Page Numbers (Top of Page)"/>
        <w:docPartUnique/>
      </w:docPartObj>
    </w:sdtPr>
    <w:sdtEndPr>
      <w:rPr>
        <w:noProof/>
      </w:rPr>
    </w:sdtEndPr>
    <w:sdtContent>
      <w:p w14:paraId="7F690ADC" w14:textId="5E1E98EA" w:rsidR="00DF64BE" w:rsidRPr="00DF64BE" w:rsidRDefault="00DF64BE">
        <w:pPr>
          <w:pStyle w:val="Header"/>
          <w:jc w:val="center"/>
          <w:rPr>
            <w:sz w:val="24"/>
            <w:szCs w:val="24"/>
          </w:rPr>
        </w:pPr>
        <w:r w:rsidRPr="00DF64BE">
          <w:rPr>
            <w:sz w:val="24"/>
            <w:szCs w:val="24"/>
          </w:rPr>
          <w:fldChar w:fldCharType="begin"/>
        </w:r>
        <w:r w:rsidRPr="00DF64BE">
          <w:rPr>
            <w:sz w:val="24"/>
            <w:szCs w:val="24"/>
          </w:rPr>
          <w:instrText xml:space="preserve"> PAGE   \* MERGEFORMAT </w:instrText>
        </w:r>
        <w:r w:rsidRPr="00DF64BE">
          <w:rPr>
            <w:sz w:val="24"/>
            <w:szCs w:val="24"/>
          </w:rPr>
          <w:fldChar w:fldCharType="separate"/>
        </w:r>
        <w:r w:rsidR="004C74D2">
          <w:rPr>
            <w:noProof/>
            <w:sz w:val="24"/>
            <w:szCs w:val="24"/>
          </w:rPr>
          <w:t>10</w:t>
        </w:r>
        <w:r w:rsidRPr="00DF64BE">
          <w:rPr>
            <w:noProof/>
            <w:sz w:val="24"/>
            <w:szCs w:val="24"/>
          </w:rPr>
          <w:fldChar w:fldCharType="end"/>
        </w:r>
      </w:p>
    </w:sdtContent>
  </w:sdt>
  <w:p w14:paraId="7BD2A07D" w14:textId="77777777" w:rsidR="00DF64BE" w:rsidRPr="00DF64BE" w:rsidRDefault="00DF64BE">
    <w:pPr>
      <w:pStyle w:val="Header"/>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4471BAA"/>
    <w:multiLevelType w:val="hybridMultilevel"/>
    <w:tmpl w:val="832A5F94"/>
    <w:lvl w:ilvl="0" w:tplc="281E5E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BD76A7C"/>
    <w:multiLevelType w:val="multilevel"/>
    <w:tmpl w:val="46BE771A"/>
    <w:lvl w:ilvl="0">
      <w:start w:val="1"/>
      <w:numFmt w:val="decimal"/>
      <w:lvlText w:val="%1."/>
      <w:lvlJc w:val="left"/>
      <w:pPr>
        <w:ind w:left="1080" w:hanging="360"/>
      </w:pPr>
      <w:rPr>
        <w:rFonts w:hint="default"/>
        <w:b/>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3F2F"/>
    <w:rsid w:val="00034616"/>
    <w:rsid w:val="0006063C"/>
    <w:rsid w:val="0015074B"/>
    <w:rsid w:val="00154207"/>
    <w:rsid w:val="00255F25"/>
    <w:rsid w:val="0029639D"/>
    <w:rsid w:val="002A7C2B"/>
    <w:rsid w:val="00326F90"/>
    <w:rsid w:val="00356F26"/>
    <w:rsid w:val="00365499"/>
    <w:rsid w:val="004008D9"/>
    <w:rsid w:val="00424086"/>
    <w:rsid w:val="004336EF"/>
    <w:rsid w:val="004C74D2"/>
    <w:rsid w:val="0065239E"/>
    <w:rsid w:val="008958A0"/>
    <w:rsid w:val="009477B9"/>
    <w:rsid w:val="009603CC"/>
    <w:rsid w:val="00A15C81"/>
    <w:rsid w:val="00AA1D8D"/>
    <w:rsid w:val="00B23B2E"/>
    <w:rsid w:val="00B24EB2"/>
    <w:rsid w:val="00B265AD"/>
    <w:rsid w:val="00B47730"/>
    <w:rsid w:val="00B90CBD"/>
    <w:rsid w:val="00B923B7"/>
    <w:rsid w:val="00C8563E"/>
    <w:rsid w:val="00CB0664"/>
    <w:rsid w:val="00CC3258"/>
    <w:rsid w:val="00D1450F"/>
    <w:rsid w:val="00D849DB"/>
    <w:rsid w:val="00DF64BE"/>
    <w:rsid w:val="00ED260D"/>
    <w:rsid w:val="00F34BE4"/>
    <w:rsid w:val="00FC693F"/>
    <w:rsid w:val="00FE5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BA5549"/>
  <w14:defaultImageDpi w14:val="300"/>
  <w15:docId w15:val="{3FF7260C-75B4-4022-ABF6-B27C3964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TextIndent">
    <w:name w:val="Body Text Indent"/>
    <w:basedOn w:val="Normal"/>
    <w:link w:val="BodyTextIndentChar"/>
    <w:uiPriority w:val="99"/>
    <w:semiHidden/>
    <w:unhideWhenUsed/>
    <w:rsid w:val="00DF64BE"/>
    <w:pPr>
      <w:spacing w:after="120"/>
      <w:ind w:left="283"/>
    </w:pPr>
  </w:style>
  <w:style w:type="character" w:customStyle="1" w:styleId="BodyTextIndentChar">
    <w:name w:val="Body Text Indent Char"/>
    <w:basedOn w:val="DefaultParagraphFont"/>
    <w:link w:val="BodyTextIndent"/>
    <w:uiPriority w:val="99"/>
    <w:semiHidden/>
    <w:rsid w:val="00DF64BE"/>
    <w:rPr>
      <w:rFonts w:ascii="Times New Roman" w:eastAsia="Times New Roman" w:hAnsi="Times New Roman"/>
      <w:sz w:val="28"/>
    </w:rPr>
  </w:style>
  <w:style w:type="paragraph" w:styleId="NormalWeb">
    <w:name w:val="Normal (Web)"/>
    <w:basedOn w:val="Normal"/>
    <w:uiPriority w:val="99"/>
    <w:unhideWhenUsed/>
    <w:rsid w:val="009603CC"/>
    <w:pPr>
      <w:spacing w:before="100" w:beforeAutospacing="1" w:after="100" w:afterAutospacing="1" w:line="240" w:lineRule="auto"/>
    </w:pPr>
    <w:rPr>
      <w:rFonts w:cs="Times New Roman"/>
      <w:sz w:val="24"/>
      <w:szCs w:val="24"/>
    </w:rPr>
  </w:style>
  <w:style w:type="character" w:styleId="Hyperlink">
    <w:name w:val="Hyperlink"/>
    <w:uiPriority w:val="99"/>
    <w:unhideWhenUsed/>
    <w:rsid w:val="00154207"/>
    <w:rPr>
      <w:color w:val="0000FF"/>
      <w:u w:val="single"/>
    </w:rPr>
  </w:style>
  <w:style w:type="character" w:styleId="FollowedHyperlink">
    <w:name w:val="FollowedHyperlink"/>
    <w:basedOn w:val="DefaultParagraphFont"/>
    <w:uiPriority w:val="99"/>
    <w:semiHidden/>
    <w:unhideWhenUsed/>
    <w:rsid w:val="00154207"/>
    <w:rPr>
      <w:color w:val="800080" w:themeColor="followedHyperlink"/>
      <w:u w:val="single"/>
    </w:rPr>
  </w:style>
  <w:style w:type="character" w:styleId="CommentReference">
    <w:name w:val="annotation reference"/>
    <w:basedOn w:val="DefaultParagraphFont"/>
    <w:uiPriority w:val="99"/>
    <w:semiHidden/>
    <w:unhideWhenUsed/>
    <w:rsid w:val="00255F25"/>
    <w:rPr>
      <w:sz w:val="16"/>
      <w:szCs w:val="16"/>
    </w:rPr>
  </w:style>
  <w:style w:type="paragraph" w:styleId="CommentText">
    <w:name w:val="annotation text"/>
    <w:basedOn w:val="Normal"/>
    <w:link w:val="CommentTextChar"/>
    <w:uiPriority w:val="99"/>
    <w:semiHidden/>
    <w:unhideWhenUsed/>
    <w:rsid w:val="00255F25"/>
    <w:pPr>
      <w:spacing w:line="240" w:lineRule="auto"/>
    </w:pPr>
    <w:rPr>
      <w:sz w:val="20"/>
      <w:szCs w:val="20"/>
    </w:rPr>
  </w:style>
  <w:style w:type="character" w:customStyle="1" w:styleId="CommentTextChar">
    <w:name w:val="Comment Text Char"/>
    <w:basedOn w:val="DefaultParagraphFont"/>
    <w:link w:val="CommentText"/>
    <w:uiPriority w:val="99"/>
    <w:semiHidden/>
    <w:rsid w:val="00255F25"/>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55F25"/>
    <w:rPr>
      <w:b/>
      <w:bCs/>
    </w:rPr>
  </w:style>
  <w:style w:type="character" w:customStyle="1" w:styleId="CommentSubjectChar">
    <w:name w:val="Comment Subject Char"/>
    <w:basedOn w:val="CommentTextChar"/>
    <w:link w:val="CommentSubject"/>
    <w:uiPriority w:val="99"/>
    <w:semiHidden/>
    <w:rsid w:val="00255F25"/>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255F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F2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0459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74C4B-E06C-4CAA-8B44-846243241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3083</Words>
  <Characters>17579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8</cp:revision>
  <dcterms:created xsi:type="dcterms:W3CDTF">2026-07-23T15:03:00Z</dcterms:created>
  <dcterms:modified xsi:type="dcterms:W3CDTF">2026-08-18T08:50:00Z</dcterms:modified>
  <cp:category/>
</cp:coreProperties>
</file>